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LEADING THROUGH CHANGE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变革领导力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诊断 + 化异议 + 沟通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变革管理 ≠ 变革领导（分清角色）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变革管理 Manage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管进程——计划、里程碑、资源；关心「什么时候做、谁负责」。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变革领导 Lead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管人心——意义、情绪、承诺；关心「为什么变、信不信、愿不愿」。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关键区别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只有管理 = 冷冰冰的推进表；只有领导 = 落不了地的口号。多数管理者缺的是领导动作。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阻力三源（不知道 / 不相信 / 做不到）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不知道 Don't Know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信息不足——没讲清为什么变。对策：补信息，讲透背景与紧迫。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不相信 Don't Trust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信任不足——觉得又是走过场。对策：建信任，先听反应、兑现承诺。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做不到 Can't Do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能力不足——不知道具体怎么做。对策：给支持、给方法、给陪跑。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一句话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诊断先行：用错对策，越推越僵。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科特八步（变革推进主线 · Kotter 1996）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1 · Create Urgency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制造紧迫感——让大家觉得「不变不行」。紧迫感不足，后面全推不动。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2 · Build a Coalition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组建同盟——找一批有影响力的人一起推，而不是独角戏。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3 · Form a Vision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形成愿景——说清「变了之后是什么样」，给人方向感。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4 · Communicate the Vision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沟通愿景——反复讲、天天讲，讲到人人都能复述。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5 · Remove Obstacles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扫除障碍——把挡路的流程、制度、人先清掉。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6 · Create Short-term Wins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创造速赢——先做出看得见的小胜利，给人信心。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7 · Build on the Change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乘胜推进——用小胜积势，别急着宣布胜利。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8 · Anchor in Culture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固化为文化——把新做法钉进日常与文化，才不会反弹。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变革准备度评估（基于科特八步前六步）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紧迫感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「不变不行」讲清了吗？  0=没讲 / 3=人人说得清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同盟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有得力的人一起推吗？  0=单打独斗 / 3=盟友充足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愿景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变了之后什么样，说得清吗？  0=糊的 / 3=人人有画面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沟通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愿景被反复讲到了吗？  0=讲一次 / 3=天天讲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障碍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挡路的流程 / 制度清了吗？  0=没动 / 3=一条条清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速赢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有看得见的小胜利吗？  0=没有 / 3=已见成效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怎么用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六维度各打 0–3 分，总分 18。低于 9 分，先补最弱一项。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关键人地图（谁在什么位置）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同盟者 Ally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已经支持——给舞台、当榜样，让他带动他人。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影响者 Influencer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能带动他人——优先争取，他的态度会传染。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观望者 Fence-sitter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还没表态——补信息、给信心，别让他在中间太久。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抵触者 Resistor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明确反对——听异议、化阻力（用 CURVE），别一开始就硬碰。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推进顺序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先站稳同盟者 → 争取影响者 → 转化观望者 → 最后处理抵触者。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LEADING THROUGH CHANGE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变革领导力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过渡 + 沟通 + 固化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布里奇斯过渡三阶段（处理异议 · Bridges 1991）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Ending 结束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先放手旧的——承认失去、允许「哀悼」。不认旧，推不动新。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Neutral Zone 中立区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混沌与试错——最乱、也最有创造力的阶段。管理者要陪着走。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New Beginning 新开始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真正接纳新做法——人愿意投入新身份，变革才算落地。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核心提醒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变革是「外部的事」，过渡是「人的内部过程」——人不会自动跟上变革。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处理异议四步（改编自布里奇斯过渡 + 倾听实践）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接住情绪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承认失去——先承认「旧做法确实有它的好」，人才愿松手。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问出顾虑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把雾变清——「你最担心的是什么？」把笼统的反对变成具体信息。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一起重构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把反对转成共同解——「你说的这点很关键，如果……能不能解决？」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陪走中立区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给方向、给支持——说清你会陪他到哪一步。中立区最难受。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⑧ ADKAR 模型（个体变革沟通 · Prosci）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· Awareness 认知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「为什么必须变」——不讲清背景与紧迫，后面都是空谈。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D · Desire 意愿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「我愿意参与」——让人看到「变了对我意味着什么」。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K · Knowledge 知识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「怎么变、学什么」——讲清具体做法与需要的能力。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Ab · Ability 能力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「我真的做得到」——给练习、给支持，从知道到做到。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· Reinforcement 强化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「别让它退回去」——用固定节奏与表彰，把新做法巩固住。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⑨ 勒温三阶段 + 固化四锚（把变革钉进日常 · Lewin 1947）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解冻 Unfreeze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松动旧做法——让人愿意试（对应布里奇斯的「结束」）。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变革 Change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推行新做法——边做边学（对应「中立区」）。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再冻结 Refreeze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钉进制度与文化——成为默认做法。不固化，就会反弹（对应「新开始」）。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固化四锚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固定节奏 · 可见仪式 · 榜样示范 · 数据复盘（改编自勒温再冻结 + 科特第 8 步）。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⑩ 变革曲线（情绪曲线 · 改编自 Kübler-Ross）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否认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「不会吧」——先不相信，情绪暂时平稳。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抵触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「凭什么」——对抗与抱怨，情绪开始下滑。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低谷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「没劲了」——士气最低，最危险，很多人在这里放弃。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探索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「或许可以」——开始尝试，情绪回升。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⑤ 接纳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「就这样吧」——新常态成型。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管理者任务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别让人停在低谷——低谷不是失败，是必经的一站。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⑪ 经典框架出处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科特八步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John P. Kotter, 8-Step Process for Leading Change（《Leading Change》, 1996）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准备度评估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Readiness Assessment（基于科特八步前六步的通用诊断实践）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布里奇斯过渡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William Bridges, Transition Model（Ending–Neutral Zone–New Beginning, 1991）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ADKAR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Prosci ADKAR Model（Jeff Hiatt, 1998–2006）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勒温三阶段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Kurt Lewin, 三阶段变革模型（Unfreeze–Change–Refreeze, 1947）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变革曲线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Change Curve（改编自 Elisabeth Kübler-Ross 哀伤五阶段模型）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随身口诀：分清角色（管理还是领导）· 诊断先行（科特八步+准备度）· 化掉异议（布里奇斯过渡）· 讲清变革（ADKAR）· 钉进日常（勒温再冻结+四锚）。</w:t>
              <w:br/>
              <w:t>一句话：推进 → 过渡 → 带入 → 固化——这就是带队穿越变革的全套动作。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核心工具速查卡（配合《变革领导力》课程使用）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