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90-DAY TRUST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90 天信任建设计划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说明：本课结束当天填完。信任不靠听懂，靠日复一日的小存款。30 天先完成「第一次」，90 天把它变成团队的日常惯例。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 1-30 天 · 诊断 + 建立安全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我要先改的一件事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落地的杠杆（会议/反馈/容错）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天目标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衡量指标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动作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动作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 31-60 天 · 邀请真话 + 修复破损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我要听真话的对象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要修复的那段关系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60 天目标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衡量指标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对象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对象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 61-90 天 · 固化机制 + 复测评估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要写进惯例的机制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复测方式（四维度同表）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90 天目标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衡量指标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机制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机制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天，我会先做一件让团队「更敢说真话」的小事（做什么：__________，什么时候：__________）。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90 天后我希望能说：「我最担心的那件事，现在团队会主动跟我说了。」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90天信任建设计划（落地固化用）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