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90-DAY TRUST PLAN · 计划表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90 天信任建设计划表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模块六用 · 带走件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使用说明：本件配合模块六「90 天计划」环节使用。课程结束当天填完，三段式各写一个动作，结对互锁并约定回查日期。90 天后，用《课前测评自评表》复测，对比分数变化。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伙伴姓名____________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回查日期____________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第一段 · 1-30 天：诊断 + 建立安全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我要先改的一件事（会议/反馈/容错）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落地动作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衡量指标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第二段 · 31-60 天：邀请真话 + 修复破损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我要听真话的对象 / 要修复的关系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落地动作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衡量指标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第三段 · 61-90 天：固化机制 + 复测评估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要写进惯例的机制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复测方式（四维度同表）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衡量指标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我的承诺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接下来的 30 天，我会先做一件让团队「更敢说真话」的小事（做什么 / 什么时候）。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做什么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什么时候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90 天后我希望能说：「________________________________________________」。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90 天后我最希望听到的一句话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90 天复测记录（课程结束 90 天后填）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四维度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课前得分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90 天后得分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变化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包容与发声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风险与失败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开放对话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互助意愿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总分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90 天信任建设计划表（落地固化用）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