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TRUST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团队信任与心理安全 · 信任工具速查卡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8 张工具卡（带走件）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① 心理安全四维度自检卡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模块二 · 诊断 · Edmondson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结构：包容与发声（我说的会被听见吗）→ 风险与失败（犯错会被罚吗）→ 开放对话（坏消息能上传吗）→ 互助意愿（我敢求助吗）。四格各打 1-10 分。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适用：课前测评 / 课后 90 天复测 / 任何时候想给团队的「安全感」量个体温。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② 2×2 团队定位卡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模块二、三 · 诊断 · Edmondson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结构：纵轴心理安全、横轴绩效标准。四区：学习（高安全+高标准）/ 舒适（高安全+低标准）/ 焦虑（低安全+高标准）/ 冷漠（双低）。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适用：判断团队缺的是「安全」还是「标准」——别搞反了药方。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③ 信任方程式拆解卡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模块三 · 诊断 · Maister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结构：信任 =（可信度 + 可靠性 + 亲近度）÷ 自我取向。可信=说得专业、可靠=说到做到、亲近=能说真话；分母「自我取向」越低越好。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适用：针对某段具体关系打分，找出最短板，决定从哪一项入手修复。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④ 团队五障碍体检卡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模块三 · 诊断 · Lencioni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结构：自下而上：① 缺乏信任 → ② 畏惧冲突 → ③ 缺乏投入 → ④ 逃避担责 → ⑤ 忽视结果。一切从最底层「信任」开始塌。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适用：团队协作出问题时，先照这张卡——别从第 5 层补，从第 1 层补。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⑤ 三大领导行为自检卡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模块四 · 建安全 · Edmondson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结构：① 把工作框为「学习问题」（一定有没料到的，快点发现）② 承认自己会犯错（我先示弱）③ 示范好奇、邀请发声（我们漏掉了什么）。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适用：每次团队会前 30 秒对照：今天我做了这 3 件里的哪几件？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⑥ 发声排练句式卡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模块四 · 建安全 ⭐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结构：征询式（我对这件事有不一样的看法，可以让我说说吗）· 补充式（我看到一个还没提到的风险）· 示弱式（我想提一个可能不太成熟的问题）· 担责式（我早觉得不对，但没早说）· 邀请式（我可能想多了，大家怎么想）。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适用：想说话又开不了口时——不是没勇气，是没词。挑一句，练顺它。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⑦ 修复对话四步卡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模块五 · 修复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结构：① 承认（这是我的问题，先认不狡辩）→ ② 重构（否定的是事，不是你）→ ③ 解释（说原因，含「我本该」，不是借口）→ ④ 承诺（给补救+监督，让你能验证）。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适用：信任一旦破损，别假装没破——用这四步，顺序不能乱。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⑧ 情感账户存款卡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模块五 · 修复 · Covey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结构：存款：守信 / 透明 / 担责 / 尊重（记得细节、明确感谢、替人挡一次、公开认可、真的兑现）。取款：失信 / 甩锅 / 当众羞辱 / 忽视发声者。存款慢、取款快。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适用：想给一段关系「存钱」时——靠很多次小存款，不是一次深谈。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TRUST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信任工具体系 · 能力地图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8 项工具 ↔ 三阶段（诊断 / 建安全 / 修复）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8 项工具 ↔ 三阶段能力对照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工具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对应的做法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心理安全四维度自检卡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诊断氛围 · 四维度打分量表　｜　模块二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2×2 团队定位卡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诊断 · 安全 vs 标准，定位四区　｜　模块二三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信任方程式拆解卡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诊断人际 · 分量表 + 分母提醒　｜　模块三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团队五障碍体检卡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诊断协作 · 自下而上的五层　｜　模块三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三大领导行为自检卡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建安全 · 会前 30 秒自检　｜　模块四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发声排练句式卡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建安全 · 五句式开口模板　｜　模块四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⑦ 修复对话四步卡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修复 · 承认→重构→解释→承诺　｜　模块五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⑧ 情感账户存款卡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修复固化 · 存款 / 取款清单　｜　模块五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本课为「团队信任与心理安全」专项：诊断 → 建安全 → 修复 三阶段。8 项工具串成一条完整路径——先看清问题（诊断），再让真话能说出来（建安全），最后学会修复破损的信任（修复）。全部工具直接引用通用经典框架。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信任工具速查卡（配合《团队信任与心理安全》课程使用，双面打印）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