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团队信任与心理安全</w:t>
        <w:br/>
        <w:t>Trust &amp; Psychological Safety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会上问「大家有什么意见」，一片沉默；散会后走廊里，什么意见都有了。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坏消息总是最后一个到你这里——不是没人知道，是没人敢说。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团队能力不差，却没人主动担责，遇事先自保——你的团队在悄悄「降温」。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一次失信、一次甩锅，赔掉的是你花很久才建立的信任。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这不是一堂「让团队和气一点」的软性课，这是一堂「让真话能安全地说出来、让团队回到学习区」的实战课。心理安全不是福利，是硬绩效。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内容概要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沉默的代价：为什么真话说不出口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全票通过的那场会、三种沉默、沉默的成本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心理安全是什么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Edmondson 定义、三大误区、2×2 矩阵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诊断：你的团队在哪个区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2×2 定位、Maister 信任方程式、Lencioni 五障碍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建安全：三大领导行为与发声排练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Edmondson 三大行为、HBS 四步、发声排练 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修复：信任破了怎么办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三种破损、修复对话四步、Covey 情感账户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固化：90 天信任建设计划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三个杠杆、90 天计划三段式、复测机制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带一个真实的团队来上课——今天所有的练习，都围绕你团队里真实的人和事。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只谈真的——讲真实的团队、真实的场面，不讲虚构案例，效果翻倍。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动手练，别只听——发声排练、修复对话是练出来的，不是听出来的。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带走一个行动——结课每人带走「一份 90 天信任建设计划 + 一次安全的会开场设计 + 一次修复对话」。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沉默的代价：为什么真话说不出口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先看清：团队最大的风险，往往是所有人都选择了不说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学员能够说出团队沉默的真实代价，识别自己团队里「安静」的地方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学员能够用三种沉默解释「不说真话」背后的共同恐惧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「以为沉默没成本」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「看清沉默的三类损失」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你团队里最近一次「安静地通过」，代价是什么？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你自己最近一次沉默，是三种沉默里的哪一种？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三种沉默：指向同一个底层问题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沉默类型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背后的话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没听懂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不敢问，怕显得笨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「我问了，会不会被笑？」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不敢说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有意见，怕被否定、被记仇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「我说了，会不会得罪人？」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不想说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觉得说了也没用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「我说了，反正也不会变。」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三种沉默看似不同，指向同一个底层问题：在这个团队里，说真话是不安全的。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沉默的成本：三个被隐藏的损失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损失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怎么发生的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决策质量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坏消息被层层过滤，你在信息不全的情况下拍板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执行速度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问题在会后以「私下抱怨」的形式发酵，返工、走弯路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人才流失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敢说的人最先失望、最先离开——留下的是最不敢说的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以为「没人说话＝没问题」，继续在盲飞中前进。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看清沉默不是「服从」，是「自保」——代价是决策、效率、人才。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理论背书（Argyris + Google）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来源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核心结论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Argyris 组织防御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人为了保护自己不被暴露，会自动选择不说——是系统问题，不是个人问题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Google Project Aristotle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高效团队的第一要素不是聪明人，而是「心理安全」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沉默不是没意见，是没安全感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那句没说出口的话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两两一组，各 4 分钟，讲一次「你选择不说真话」的经过。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写下最近一次你选择「不说真话」的场景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当时你最怕的是什么？（怕被否定 / 怕得罪人 / 觉得没用）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听的人只记「对方最怕的那一点」，不评价、不打断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沉默的代价：为什么真话说不出口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团队最大的风险，不是有人说错话，而是所有人都不说话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沉默的代价：为什么真话说不出口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留意你团队里最「安静」的那个环节——那里可能藏着没说出口的真话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下次开会，先自己说一个「我担心的」，给团队开个头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心理安全是什么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不是关系好——是敢说真话、敢提异议、敢承认错误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学员能够用 Edmondson 的定义说清心理安全，破除三大误区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学员能够用 2×2 矩阵定位自己团队，理解「安全」与「标准」是两个维度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「以为心理安全是软福利」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「看清它是硬绩效变量」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你的团队如果在舒适区，缺的是什么？如果在焦虑区呢？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「关系好」和「敢说真话」，你团队更偏哪个？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Edmondson 定义：心理安全是「敢」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含意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定义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相信在团队中承担人际风险是安全的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表现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敢说真话、敢提异议、敢承认错误、敢求助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来源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Amy Edmondson《The Fearless Organization》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心理安全是「敢」，不是「关系好」。同事关系好，不代表敢在会上当面反对他。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心理安全 ≠ 信任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概念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判断对象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对「人」的判断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「我相信你不会害我」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心理安全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对「环境」的判断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「我在这里说真话是安全的」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信任是对人，心理安全是对环境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三大误区（深入版）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误解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真相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等于「低标准」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错——和心理安全与绩效标准是两个独立维度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等于「永远和气」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错——是让冲突对准「事」而不是「人」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等于「好人主义」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错——「对你没意见」往往是最危险的信号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把心理安全做成「你好我好」的团建——团队舒服但不产出。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做对了是高标准 + 高强度真话——又安全又要高要求。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2×2 矩阵：心理安全 × 绩效标准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区域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安全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标准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特征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敢说 + 要高，协作与绩效最佳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舒适区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敢说但闲散，缺高标准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焦虑区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高压 + 憋着，多数问题团队在这里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冷漠区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都不在乎，最危险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目标是把团队搬进学习区。只提安全不提标准 → 舒适区；只提标准不提安全 → 焦虑区。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我的团队在哪个区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先自己标出团队在 2×2 的位置，再小组对照——小组内分歧本身就是诊断数据。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在 2×2 上标出你团队当前的位置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问自己：我最该提的是「安全」还是「标准」？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小组分享：为什么标在这里？组员的判断一致吗？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心理安全是什么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心理安全，是「敢」，不是「关系好」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心理安全是什么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下次开会，观察你是不是只提了标准、忘了提安全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把「大家有什么意见吗？」换成「我们漏掉了什么？」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诊断：你的团队在哪个区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先分清缺的是「安全」还是「标准」，再决定药方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学员能够用 2×2 定位团队，用 Maister 信任方程式找出最短板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学员能够识别团队从「信任」开始塌的五层障碍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「凭感觉判断团队」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「用工具诊断出病根」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诊断下来，你的团队主要卡在哪一层障碍？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Trust Equation 里，你最需要补哪一项，最该降的是什么？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四区体验：同一个团队的一天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区域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一天的体验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会上敢吵事、会后一起扛，问题当天解决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舒适区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气氛融洽、节奏散漫，难题没人往前推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焦虑区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会上都憋着、会下都抱怨，出了事就找人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冷漠区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谁也不关心，做一天算一天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诊断的价值不是给你贴标签，是告诉你：先补安全，还是先补标准。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Maister 信任方程式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记法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可信度 Credibility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他说的专业、可信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「他说得对」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可靠性 Reliability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他说到做到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「他做得稳」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亲近度 Intimacy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能说真话、交心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「他信得过」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自我取向 Self-orientation（分母）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他只顾自己吗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越小越好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信任 =（可信度 + 可靠性 + 亲近度）÷ 自我取向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Lencioni 五障碍（自下而上）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层级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障碍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最底层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缺乏信任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畏惧冲突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缺乏投入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逃避担责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最上层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忽视结果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补障碍要从不层补。跳过「信任」直接补「担责」「结果」，是在沙子上盖楼。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信任拆解九宫格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对三个对象（上级 / 下属 / 同事）分别用信任方程式打分，找出最短板。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对三个对象，凭直觉给「可信 / 可靠 / 亲近 / 自我取向」各打 1-10 分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圈出每个人最低的那一项——那是修复的入口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小组分享：你最意外的是哪一格？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诊断：你的团队在哪个区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能力再强，只要让人觉得「他只为自己」，信任就上不去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诊断：你的团队在哪个区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对一位关键关系，锁定最短板那一项，想一个具体动作去补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照 Lencioni 五层，判断团队卡在第几层，写下来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建安全：三大领导行为与发声排练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心理安全不是团队自己要变，而是领导者先动，团队才敢动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 Edmondson 三大领导行为设计一场安全的会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学员能够用句式卡完成一次发声排练，降低开口门槛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「等团队自己敢说」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「我先动，团队才敢动」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发声排练里，最难说出口的是哪一句？为什么？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作为接受者，别人发声时你最该做的是什么？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Edmondson 三大领导行为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行为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你怎么做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把工作框为「学习问题」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「一定有我们没料到的，快点发现它」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承认自己会犯错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「这件事我当时没判断准」——我先示弱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示范好奇、邀请发声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「我们漏掉了什么？我特别想听听你的看法」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领导者先动的三个动作，成本极低、杠杆极大——一句话、一次认错、一句邀请，改的是整场会的气氛。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HBS 四步法（可操作的行为清单）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设定场景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讲清为什么这件事需要大家一起想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邀请参与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点名邀请、给时间，别问「有没有意见」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回应建设性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有人发言，先接住、再讨论，不评价人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明确规范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和团队共建 5-7 条行为准则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把「邀请」做实，而不是走个过场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发声排练句式卡（Speak-up Rehearsal）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句式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怎么说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征询式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「我对这件事有不一样的看法，可以让我说说吗？」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补充式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「我看到一个还没提到的风险。」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示弱式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「我想提一个可能不太成熟的问题。」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担责式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「我早觉得不对，但没早说。」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邀请式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「我可能想多了，大家怎么想？」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想说话又开不了口，往往不是没勇气，是没词。挑一句，练顺它——那第一口气就过去了。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发声排练 ⭐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三人一组：发言者（挑一个真实场景 + 一个句式）/ 接受者（接住不评价）/ 观察员（照表打勾）。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第一轮：发言者用句式说出一句平时不敢说的话，接受者只能「接住」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第二轮：换角，换个场景再来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结束反馈：观察员说——发言者卡在哪？接受者接住了吗？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建安全：三大领导行为与发声排练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好的提问，是不允许沉默的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建安全：三大领导行为与发声排练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下次开会，用一个句式（比如示弱式）先开个头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和团队共建 5-7 条行为准则，写下来贴出来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修复：信任破了怎么办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信任破了不一定会死，处理错了才会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学员能够识别三种典型信任破损及其信号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学员能够用修复对话四步完成一次信任修复演练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「假装没破」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「承认破损，用四步修复」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修复对话里，你最难做的是哪一步？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如果对方不原谅你，你会怎么做？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三种典型破损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怎么伤人的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失信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说到没做到——最伤人的不是「没做到」，而是「他信了」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甩锅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出事先找替罪羊——一次甩锅，抵十次培训，团队学会自保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偏袒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标准不一、网开一面——伤的是「公平感」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破损本身不可怕，可怕的是假装没破。你不处理，团队会自己「解释」——而他们的解释，往往比真相更难听。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修复对话四步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怎么做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承认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先认，不狡辩——「这是我的问题」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重构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否定的是事，不是你——把事和人对分开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解释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说原因，含「我本该」——不是借口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承诺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给补救 + 监督——「你可以每周来验证」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先认，再讲原因——顺序不能乱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Covey 情感账户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存款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取款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守信、透明、担责、尊重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失信、甩锅、当众羞辱、忽视发声者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存款是「慢」的，取款是「快」的。不要指望一次深谈挽回信任——要靠很多次小存款。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修复对话演练 ⭐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两人一组，用 4 张情景卡轮流练；练完填答题卡。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抽一张情景卡，一人做「修复方」、一人做「被修复方」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修复方按四步走一遍（承认→重构→解释→承诺）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换角再来；结束填答题卡：哪一步最难？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修复：信任破了怎么办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认错不是输，是把关系从「对抗」拉回「一起解决问题」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修复：信任破了怎么办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挑一段你想修复的关系，用四步准备一次对话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做一次「情感账户存款」：明确感谢或公开认可一个人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固化：90 天信任建设计划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怎么让它变成团队的长期习惯，而不是三分钟热度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学员能够用三个杠杆为 90 天设计可执行的信任建设动作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学员能够完成一份 90 天计划并结对互锁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「课上热血」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「90 天可验证的改变」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你的 90 天计划里，第一件要做的小事是什么？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90 天后，你希望团队最大的变化是什么？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三个杠杆：日常最常发生的地方，改变杠杆最大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杠杆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改什么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会议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怎么开——开场、邀请、回应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怎么给怎么收——表扬要具体，纠偏对事不对人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容错机制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犯错怎么处理——失误复盘找原因，失职才追责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改变发生在最日常的地方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90 天三段式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重点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1-30 天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诊断 + 建立安全：先改一件小事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31-60 天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邀请真话 + 修复破损：听真话，补关系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61-90 天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固化机制 + 复测：写进惯例，用同表复测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复测机制：用《课前测评自评表》在 90 天后复测，对比分数——没有对比，就没有真相。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全天串成一条链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看清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看清沉默的代价，意识到不说真话的风险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诊断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 2×2、信任方程式、五障碍，给团队定位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建安全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三大领导行为 + 发声排练，让真话能说出来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修复四步 + 情感账户，补破损的关系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三个杠杆 + 90 天计划，变成长期习惯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诊断 → 建安全 → 修复 → 固化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 90 天信任建设计划 + 结对承诺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把今天的工具落成一份可执行的 90 天计划，两人一组互读并约定复盘时间点。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三段式各写一个动作（30 / 60 / 90 天）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互读并给一条建议（具体到「做什么、什么时候做」）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写下互锁伙伴与互查日期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固化：90 天信任建设计划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信任不是一次谈话，是长期的复利投资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固化：90 天信任建设计划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 90 天计划带在身边，每月打勾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和伙伴约定 90 天后互查：团队最担心的那件事，现在会主动说了吗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沉默的代价：为什么真话说不出口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心理安全是什么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诊断：你的团队在哪个区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建安全：三大领导行为与发声排练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修复：信任破了怎么办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固化：90 天信任建设计划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沉默的代价：为什么真话说不出口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结合本模块内容，在下方模板中记录你的练习结果。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心理安全是什么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结合本模块内容，在下方模板中记录你的练习结果。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诊断：你的团队在哪个区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结合本模块内容，在下方模板中记录你的练习结果。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建安全：三大领导行为与发声排练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结合本模块内容，在下方模板中记录你的练习结果。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修复：信任破了怎么办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结合本模块内容，在下方模板中记录你的练习结果。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固化：90 天信任建设计划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结合本模块内容，在下方模板中记录你的练习结果。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三种沉默：指向同一个底层问题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见「沉默的代价：为什么真话说不出口」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沉默的成本：三个被隐藏的损失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见「沉默的代价：为什么真话说不出口」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理论背书（Argyris + Google）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沉默不是没意见，是没安全感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见「沉默的代价：为什么真话说不出口」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Edmondson 定义：心理安全是「敢」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见「心理安全是什么」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心理安全 ≠ 信任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信任是对人，心理安全是对环境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见「心理安全是什么」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三大误区（深入版）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见「心理安全是什么」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2×2 矩阵：心理安全 × 绩效标准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见「心理安全是什么」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四区体验：同一个团队的一天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见「诊断：你的团队在哪个区」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Maister 信任方程式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 =（可信度 + 可靠性 + 亲近度）÷ 自我取向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见「诊断：你的团队在哪个区」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Lencioni 五障碍（自下而上）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见「诊断：你的团队在哪个区」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Edmondson 三大领导行为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见「建安全：三大领导行为与发声排练」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HBS 四步法（可操作的行为清单）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把「邀请」做实，而不是走个过场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见「建安全：三大领导行为与发声排练」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发声排练句式卡（Speak-up Rehearsal）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见「建安全：三大领导行为与发声排练」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三种典型破损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见「修复：信任破了怎么办」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修复对话四步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先认，再讲原因——顺序不能乱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见「修复：信任破了怎么办」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Covey 情感账户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见「修复：信任破了怎么办」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三个杠杆：日常最常发生的地方，改变杠杆最大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改变发生在最日常的地方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见「固化：90 天信任建设计划」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90 天三段式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（见正文）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见「固化：90 天信任建设计划」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全天串成一条链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诊断 → 建安全 → 修复 → 固化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见「固化：90 天信任建设计划」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沉默的代价：为什么真话说不出口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心理安全是什么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诊断：你的团队在哪个区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建安全：三大领导行为与发声排练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修复：信任破了怎么办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固化：90 天信任建设计划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课程内容实用性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互动练习效果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团队信任与心理安全</w:t>
        <w:br/>
        <w:t>Trust &amp; Psychological Safety</w:t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课程的结束，正是你实践的起点。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