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ROLE PLAY · 情景卡 + 答题卡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发声排练 + 修复对话情景卡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模块四、五用 · 打印即用（沿虚线剪开）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使用说明：本件配合模块四「发声排练」与模块五「修复对话演练」使用。第一部分是修复对话 4 张情景卡（两人一组轮流练，一人做修复方、一人做被修复方）；第二部分是答题卡（练完填写）；第三部分是发声排练观察员打勾表。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第一部分 · 修复对话情景卡（模块五 · 沿虚线剪开）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1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你答应了给团队争取加人，结果没争取到，一直没说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你是管理者。三个月前你答应团队「去争取加一个人」，结果预算没批下来。你一直拖着没告诉大家，直到有人问起。现在，团队开始有人嘀咕「说话不算数」。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演练提示：用修复四步：承认 → 重构 → 解释 → 承诺。难点在——先认，不要一上来就解释预算多难。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2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项目出问题，你在会上先点了下属的名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一次项目延期，你在跨部门会上说「这块是小李没跟上」，小李当场没吭声。会后你发现，其实是上游拖了三天——你甩错了锅。现在小李明显在跟你保持距离。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演练提示：用修复四步。难点在：认的是「我当场点了你的名」这件事，不是「判断失误」这么轻飘。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3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你对两个下属的同类问题，处理标准不一样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老员工迟到你说「没事」，新人迟到你当众提醒。新人开始觉得自己「不被公平对待」，工作明显消极。你原本只是觉得老员工「更辛苦」。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演练提示：用修复四步。难点在：承认偏袒伤的是「公平感」，重构要让对方知道你重视的是公平，不是偏心某个人。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247"/>
        <w:gridCol w:w="827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情景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4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你答应了给某人的项目的机会，最后给了别人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你曾跟小张说「这个项目让你主导」，后来考虑到资历，换了另一个同事。小张是从别人那里听说的。他很受打击，但嘴上说「理解」。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演练提示：用修复四步。难点在：解释里要有「我本该」，比如「我本该第一时间亲自告诉你」。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第二部分 · 修复对话答题卡（练完填）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我的姓名____________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我练的情景____________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我的角色____________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修复方自评：四步各做得怎样？（1-5 分，并写一句证据）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步骤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我做对了吗（1-5）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一句话证据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承认（先认，不狡辩）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 重构（否定事，不否定人）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解释（含「我本该」）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④ 承诺（给补救 + 监督）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被修复方感受：对方哪一步最打动你？哪一步让你觉得「还是没诚意」？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最打动我的一步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让我觉得没诚意的地方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我的收获：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这次演练我最大的收获是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第三部分 · 发声排练观察员打勾表（模块四用）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没做到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发言者用了句式卡里的一个句式说出口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发言者说清了「我担心/我看到」的具体内容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接受者「接住」了（先回应，不评价、不反驳）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接受者问了「展开说说」而不是「你怎么会这么想」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发言者最后把话完整说完了（没被打断）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情景卡 + 答题卡（配合《团队信任与心理安全》模块四、五使用，独立分发件）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