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团队信任与心理安全</w:t>
      </w:r>
    </w:p>
    <w:p>
      <w:pPr>
        <w:spacing w:after="80" w:before="0" w:line="448" w:lineRule="exact"/>
        <w:jc w:val="center"/>
      </w:pPr>
      <w:r>
        <w:rPr>
          <w:rFonts w:ascii="SimHei" w:hAnsi="SimHei" w:eastAsia="SimHei"/>
          <w:b w:val="0"/>
          <w:i w:val="0"/>
          <w:color w:val="888888"/>
          <w:sz w:val="28"/>
        </w:rPr>
        <w:t>Trust &amp; Psychological Safety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团队的产出上限，不取决于最强的人，而取决于最弱的那句话能不能被说出口。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6 模块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 + 4 份 handout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Coursemaster出品</w:t>
      </w:r>
    </w:p>
    <w:p>
      <w:pPr>
        <w:spacing w:after="80" w:before="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一门教管理者「让团队敢说真话、愿担风险、能坦诚协作」的实战课。目标不是让学员听懂 Edmondson 心理安全、Maister 信任方程式这些概念，而是让学员在课上就完成一次「开一场安全的会」演练、一次发声排练、一次修复对话演练，并带走核心工具卡与 1 份 90 天信任建设计划。讲师角色是「先示范脆弱、再引导练习」——你自己先示弱，学员才敢开口。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【工具包构成（四件一套 + handout）】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+ 90天计划，带走件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课前测评表 / 诊断量表 / 情景卡答题卡 / 90天计划表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沉默的代价：为什么真话说不出口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 + 破冰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心理安全是什么：Edmondson 定义与误区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诊断：你的团队在哪个区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 + 活动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建安全：三大领导行为与发声排练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修复：信任破了怎么办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固化：90 天信任建设计划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 + 行动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390 min（6.5 小时）+ 开场 + 机动 = 一天 7 小时，含午休与两次茶歇；结构化演练占比 ≈ 39.7%（≥35%）。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马克笔（开场「沉默时刻」与承诺墙用）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《课前测评自评表》打印（开课前 3-5 天发；课堂回收汇总，模块二导入、模块六复测）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《诊断量表 + 拆解九宫格》每位学员 1 份（模块三用）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《情景卡 + 答题卡》每组 1 套（模块四发声排练 + 模块五修复对话演练用）⭐独立分发件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《90 天信任建设计划表》每位学员 1 份（模块六用）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 + 90天计划，结课发）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翻页笔；计时器（每组演练严格控时）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小组岛形座位，便于两人/三人组练习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白板或便利贴墙（贴「沉默时刻」与「承诺」）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适合模块五修复演练的安静角落（情感负荷高，避免打扰）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沉默的代价：为什么真话说不出口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 + 破冰　｜　时长：55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说出团队沉默的真实代价，识别自己团队里「安静」的地方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用三种沉默解释「不说真话」背后的共同恐惧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开场：全票通过的那场会（案例）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破冰：唤醒旧知——那句没说出口的话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便签纸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三种沉默：没听懂 / 不敢说 / 不想说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沉默的成本：三个被隐藏的损失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理论背书：Argyris + Google Project Aristotle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沉默成本估算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案例「全票通过的那场会」：所有人都觉得有问题，会上却一致通过——直到暴雷。这是沉默最典型的样子。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三种沉默：没听懂（不敢问）／不敢说（怕被否定）／不想说（觉得说了没用）——指向同一个底层问题：不安全。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沉默的三类损失：决策质量（坏消息被过滤）、执行速度（返工、弯路）、人才流失（敢说的人先走）。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Argyris「组织防御」：人为了保护自己不被暴露，会自动选择不说——这不是员工的问题，是系统的问题。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Google Project Aristotle：高效团队的第一要素不是聪明人，而是「心理安全」——能说、敢说、说了有人听。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本模块不引入任何工具模型，只做一件事：让学员痛——痛到愿意改变。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话术：开场白：『今天我们要聊一件很反直觉的事——团队最大的风险，往往不是有人说错话，而是所有人都选择了不说。』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话术：破冰关键：讲师先自我示弱，讲一个自己「该说没说」的真实经历。第一个解开防备的人永远是讲师。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话术：三种沉默用学员自己的便签归类——他们的例子比讲师的例子更有说服力。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话术：沉默成本估算让学员现场算一笔账：一次没说出口的反对，值多少钱、多少天。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你团队里最近一次「安静地通过」，代价是什么？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你自己最近一次沉默，是三种沉默里的哪一种？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沉默是不是员工不负责：恰恰相反——多数沉默是员工「太负责」：他评估了说真话的风险，选择了自保。责任在系统，不在个人。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心理安全是不是就是让大家都敢吵架：不是。是让不同意见能摆上桌，且不针对人。冲突对事，团队才更稳。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学员说「我们团队挺好的，没这问题」：追问一句「上次有人当面反对你，是什么时候？」——想不起来的，就是信号。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破冰冷场：讲师先自己讲，或改成两两私下说（比公开说门槛低）。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转场：沉默的根源是不安全。那「心理安全」到底是什么？不是关系好——是敢。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心理安全是什么：Edmondson 定义与误区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Edmondson 的定义说清心理安全，破除三大误区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2×2 矩阵定位自己团队，理解「安全」与「标准」是两个维度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导入：把心理安全钉到「敢」上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Edmondson 定义（公式拆解）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心理安全 ≠ 信任（对比）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三大误区（深入版）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2×2 矩阵首现：安全 × 标准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领导者两种错误 + 案例研讨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课前测评结果导入 + 四维度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自评表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小测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Edmondson 定义：心理安全 = 相信在团队中承担人际风险是安全的——敢说真话、敢提异议、敢承认错误。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关键区分：心理安全 ≠ 信任。信任是「我相信你不会害我」（对人的判断）；心理安全是「我在这里说真话是安全的」（对环境的判断）。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三大误区：① 等于低标准（错，与标准是两个维度）② 等于永远和气（错，是让冲突对事不对人）③ 等于好人主义（错，听不到反对意见才是最危险的）。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2×2 矩阵：纵轴心理安全、横轴绩效标准。四区 = 学习区（双高）／舒适区（高安全低标准）／焦虑区（低安全高标准）／冷漠区（双低）。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领导者的两种错误：把团队带进焦虑区（高压不安全感）或舒适区（和气但没产出）。目标是学习区。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四维度（课前测评依据，对齐 Fearless Organization Scan）：包容与发声 / 风险与失败 / 开放对话 / 互助意愿。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话术：定义页把「敢」字放大——这是全课的地基，反复回到这个字。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话术：信任 vs 心理安全的对比是易混点，用「同事关系好但不代表敢在会上反对他」讲透。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话术：2×2 用坐标轴现场画，让学员先站队（我团队在哪个区），再讲为什么——先体验，后定义。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话术：课前测评结果在此导入：亮出团队整体四维度得分，让学员带自己的诊断进课堂。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你的团队如果在舒适区，缺的是什么？如果在焦虑区呢？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「关系好」和「敢说真话」，你团队更偏哪个？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心理安全会不会让人偷懒：不会。心理安全是情绪维度，绩效标准是另一个维度。只提高安全不提高标准 → 舒适区；两个一起提 → 学习区。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为什么听不到反对意见很危险：没有反对意见，要么是团队认同（少见），要么是团队不敢说（常见）。后者意味着你正在盲飞。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学员纠结「心理安全和信任有啥区别」：一句话——信任是「我信你这个人」，心理安全是「我信这个环境」；换个团队，信任没了但安全可能还在。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学员把心理安全当软性福利：拉回 2×2，强调它是绩效变量，不是员工关怀。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转场：既然安全 × 标准是关键，那我的团队到底在哪个区？——进入诊断。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诊断：你的团队在哪个区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类型：模型 + 活动　｜　时长：70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2×2 定位团队，用信任方程式找出最短板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识别团队从「信任」开始塌的五层障碍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2×2 深讲：四个区分别什么体验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我在哪个区：自定位活动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诊断量表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Maister 信任方程式（分量表）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信任拆解九宫格活动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九宫格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Lencioni 五障碍（自下而上）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 个信号快速自检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四区体验：学习区=敢说+要高；舒适区=敢说但闲散；焦虑区=高压+憋着；冷漠区=都不在乎。多数问题团队在焦虑区。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Maister 信任方程式：信任 =（可信度 + 可靠性 + 亲近度）÷ 自我取向。分子越大越好，分母越小越好。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分母「自我取向」是关键：一个人越只顾自己，信任越低——哪怕他能力很强。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Lencioni 五障碍（自下而上）：缺乏信任 → 畏惧冲突 → 缺乏投入 → 逃避担责 → 忽视结果。补要从不层补，别从顶层补。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诊断的价值：先分清团队缺的是「安全」还是「标准」，再决定药方——搞反了越治越糟。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话术：四区深讲用四个「同一个团队的一天」对比讲，让学员感受到差异。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话术：自定位活动：个人先标，再小组对照——小组内分歧本身就是诊断数据。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话术：信任方程式重点讲分母：用「能力强但只顾自己的人」的例子，学员马上懂。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话术：九宫格用真实关系拆解（对上级/对下属/对同事各一格），别抽象。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话术：Lencioni 五层画金字塔，逐层问「你们卡在第几层」。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诊断下来，你的团队主要卡在哪一层障碍？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信任方程式里，你最需要补的是哪一项（可信/可靠/亲近），最该降的是什么（自我取向）？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领导力强的人为什么不缺能力却没人信：看分母——自我取向高。能力再强，只要让人觉得「他只为自己」，信任就上不去。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五障碍要先补哪一层：永远从最底层「信任」补。跳过信任直接补「担责」「结果」，是在沙子上盖楼。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学员诊断出焦虑区就焦虑：安抚——诊断不是判决，是起点；今天后面两个模块就是解药。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九宫格打分纠结：提醒不要追求精确，凭直觉给 1-10 分，重点看「哪一格最低」。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转场：知道在哪个区，也知道缺什么了。那怎么把团队从焦虑区搬到学习区？——看你做什么。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建安全：三大领导行为与发声排练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Edmondson 三大领导行为设计一场安全的会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用句式卡完成一次发声排练，降低开口门槛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两个会议室：安全 vs 不安全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Edmondson 三大领导行为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HBS 四步法：可操作的行为清单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演练一：开一场安全的会（开场设计）⭐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演练二：发声排练（5 句式）⭐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句式卡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SCARF：保护地位与公平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提问艺术：为什么式 → 开放式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小测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Edmondson 三大领导行为：① 把工作框定为「学习问题」② 承认自己会犯错 ③ 示范好奇、邀请发声。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两个会议室的对比：同样的议题，一个会上人人发言有人记，另一个会上没人说话——差别在领导者的开场和反应。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HBS 四步法：设定场景 → 邀请参与 → 回应建设性 → 明确规范（和团队共建行为准则）。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发声排练（Speak-up Rehearsal）：给 5 个句式——征询/补充/示弱/担责/邀请，三人一组（发言者/接受者/观察员）练。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SCARF（David Rock）：地位、确定性、自主、关系、公平——任何改革先看这五项是否被威胁，威胁了就没人敢说。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提问艺术：把「为什么没做好」（追责式）换成「我们漏掉了什么」（邀请式）。为什么式让人防御，开放式让人思考。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话术：两个会议室讲完，让学员猜「你想在哪个团队」——答案一致后追问「那你给的是哪种开场？」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话术：三大行为每条配一句讲师自己的例子，尤其「承认犯错」——讲师必须真示弱。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话术：演练一（15min）：给情景卡，学员两两设计「开场三句话」，公开分享 2-3 组点评。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话术：演练二（25min）是本课杀手锏：三人组两轮换角，观察员照表打勾（对方说了吗/我接住了吗）。⭐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话术：SCARF 用「新制度一宣布，员工第一反应为什么是抵触」讲，落到五要素。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发声排练里，最难说出口的是哪一句？为什么？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作为接受者，别人发声时你最该做的是什么？（接住，不评价）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下属说「我真没想法」怎么办：多半是怕说错。降门槛——「不用想全，先说一个最不靠谱的」或先给选项让他选。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承认犯错会不会显得我弱：恰恰相反。领导先认错，等于告诉团队「犯错不致命」，团队才敢承担风险。这是最便宜的安全投资。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演练冷场：讲师先示范一轮，或让两人组先私下练再上台。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学员说没场景练：用现场收集的真实团队难题当演练题，越真实越投入。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转场：你认真建了安全，但信任还是会破——一次失信、一次甩锅，可能赔掉长期积累。破了怎么办？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修复：信任破了怎么办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时长：65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识别三种典型信任破损及其信号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用修复对话四步完成一次信任修复演练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导入：讲师自己破坏信任的例子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三种破损：失信 / 甩锅 / 偏袒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破损的信号：安静的降温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修复对话四步：承认→重构→解释→承诺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修复演练（4 张情景卡）⭐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Covey 情感账户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三种破损：失信（说到没做到）／甩锅（找替罪羊）／偏袒（标准不一）——最伤人的是「他信了」。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破损的信号很安静：群聊从什么都说到私下聊、意见从主动提到问什么答什么、真话从说实话到挑好听的说。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修复对话四步：① 承认（先认，不狡辩）② 重构（否定的是事，不是你）③ 解释（说原因含「我本该」，不是借口）④ 承诺（给补救 + 监督）。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四个坑：先解释后认错 / 认了事没认人 / 解释变找借口 / 承诺没监督。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Covey 情感账户：存款（守信、透明、担责、尊重）vs 取款（失信、甩锅、当众羞辱）。存款慢、取款快。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话术：导入必须由讲师先讲自己破坏信任的真实案例——这是全课情感负荷最高的模块，讲师不打开，学员不开口。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话术：修复四步的顺序不能乱，重点强调「先认后解释」——大多数修复失败都死在这一步。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话术：修复演练用 4 张情景卡（情景卡+答题卡 handout），两人组轮流练，练完填答题卡。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话术：情感账户收尾，把修复从「一次对话」升维到「长期小存款」。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修复对话里，你最难做的是哪一步？（多数人卡在「先认错」）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如果对方不原谅你，你会怎么做？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认错是不是就输了：认错不是输，是把关系从「对抗」拉回「一起解决问题」。不认，才是真的输——你输掉了对方再信任你的可能。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道歉了对方还是不理怎么办：信任修复靠行为不靠语言。承诺 + 持续兑现，用时间重新证明，别指望一次对话搞定。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学员情绪被触发：给缓冲——先两两私下说，再决定要不要公开。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有学员坚持「我没做错凭什么认」：区分「认责任」和「认对错」——认的是「这件事我该做得更好」，不等于承认自己是个坏人。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转场：建安全、修破损都学会了。最后一步：怎么让它变成团队的长期习惯，而不是三分钟热度？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固化：90 天信任建设计划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类型：整合 + 行动　｜　时长：55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用三个杠杆为 90 天设计可执行的信任建设动作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完成一份 90 天计划并结对互锁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导入：把学员切入行动状态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三个杠杆：会议 / 反馈 / 容错机制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90 天计划三段式（30/60/90）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演练：制定 90 天计划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计划表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全天回顾：一条主线 + 五个工具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复测机制 + 收官金句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三个杠杆：会议（怎么开）、反馈（怎么给怎么收）、容错机制（犯错怎么处理）——日常最常发生，改变杠杆最大。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90 天三段式：1-30 天诊断+建安全 / 31-60 天邀请真话+修复 / 61-90 天固化机制+复测。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复测机制：用课前测评自评表（四维度）在 90 天后复测，对比分数变化——形成性 + 总结性评估。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收官金句：团队的产出上限，不取决于最强的人，而取决于最弱的那句话能不能被说出口。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训后不是一个动作，是一个习惯——靠很多次小存款，不是一次深谈。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话术：导入页把学员从「听课状态」切到「行动状态」——不谈理论，只做计划。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话术：三个杠杆各给一个具体例子，避免空泛。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话术：90 天计划演练（25min）是最后的落地钩子：个人填 + 结对互锁 + 约定回查日期。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话术：收官金句讲完停顿，让沉默落地，然后结束——呼应开场那次沉默。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话术：提醒复测：课前那张自评表别丢，90 天后它就是你检验自己的唯一标尺。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你的 90 天计划里，第一件要做的小事是什么？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90 天后，你希望团队最大的变化是什么？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90 天计划会不会又落空：所以才有结对互锁——一个人容易放弃，两个人互相回查，完成率翻倍。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怎么知道真的有效：复测。用同一张课前自评表，90 天后打分对比——没有对比就没有真相。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学员计划写太宏大：拉回来——先写「未来 30 天的一件小事」，小而具体才可能发生。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时间不够：压缩三个杠杆讲解，保住 90 天计划演练——那是全课唯一的落地动作。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学习目标页、课程地图、部分案例页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破冰、发声排练、修复演练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个别示例页、话术库页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2×2 诊断、信任方程式、90 天计划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概念导入、附录索引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计划与承诺、收口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原则：三个核心模块（模块二 心理安全定义、模块四 建安全、模块五 修复）与所有演练是「练」的载体，优先保；概念页可口头带过。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破冰 / 课前测评：个人先写，两两分享，降低开口门槛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发声排练：三人组（发言者 / 接受者 / 观察员），两轮换角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修复演练：两人组（修复方 / 被修复方），轮流练，练完填答题卡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90 天计划：个人填写 + 结对互锁（互相承诺并约定回查日期）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所有演练配计时器，到点喊停，避免拖堂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情感负荷高的模块（模块五）预留静默缓冲，尊重学员情绪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Q：「心理安全是不是就是让大家都舒服、别批评人？」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A：不是。心理安全是高强度真话的环境——对事可以很直接，只是不针对人。舒服不是目标，敢说是。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Q：「我团队天天开会吵架，是不是已经很安全了？」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A：要区分「吵事」还是「吵人」。对事激烈、对人尊重 = 学习区；对人攻击 = 焦虑区。看你团队吵完之后是更近还是更远。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Q：「我很忙，没时间搞这些软的东西。」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A：心理安全不是软福利，是硬绩效——Google 的研究显示它是高效团队第一要素。你花的是时间，省的是返工和人才流失。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Q：「员工犯错我还是得追责啊，怎么兼顾安全？」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A：区分「失误」和「失职」。失误（探索中的错）要复盘找原因，失职（明知故犯）才追责。混为一谈，团队就只剩自保。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【收尾仪式】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请学员把「30 天要做的一件小事」写在便签上，贴到承诺墙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结对互锁的两人交换联系方式，约定回查日期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提醒保留《课前测评自评表》，90 天后复测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结课发核心工具带走件（速查卡 + 90天计划）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