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DIAGNOSE TOOLKIT · 诊断工具箱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诊断量表 + 拆解九宫格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模块二、三用 · 打印即用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使用说明：本件配合模块二「心理安全是什么」与模块三「诊断」使用。含 2×2 定位表、Maister 信任方程式九宫格、Lencioni 五障碍自检、SCARF 五要素、发声排练句式卡、修复破损信号清单。请边听课边填。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2×2 团队定位（Edmondson）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区域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安全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标准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特征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学习区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高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高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敢说 + 要高，协作与绩效最佳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舒适区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高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低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敢说但闲散，缺高标准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焦虑区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低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高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高压 + 憋着，多数问题团队在这里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冷漠区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低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低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都不在乎，最危险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我团队当前所在区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我最该补的是（安全 / 标准）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第一件要做的小事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信任方程式九宫格（Maister）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信任 =（可信度 + 可靠性 + 亲近度）÷ 自我取向。对三个对象各打分（1-10），圈出最短板。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对象</w:t>
            </w:r>
          </w:p>
        </w:tc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可信度</w:t>
            </w:r>
          </w:p>
        </w:tc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可靠性</w:t>
            </w:r>
          </w:p>
        </w:tc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亲近度</w:t>
            </w:r>
          </w:p>
        </w:tc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自我取向（越小越好）</w:t>
            </w:r>
          </w:p>
        </w:tc>
        <w:tc>
          <w:tcPr>
            <w:tcW w:type="dxa" w:w="164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最短板</w:t>
            </w:r>
          </w:p>
        </w:tc>
      </w:tr>
      <w:tr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对上级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对下属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对同事</w:t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164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我最需要补的那一项 / 一个具体动作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Lencioni 五障碍自检（自下而上）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层级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障碍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我们团队卡在这里？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① 最底层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缺乏信任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②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畏惧冲突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③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缺乏投入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④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逃避担责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⑤ 最上层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忽视结果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我们主要卡在第几层 / 为什么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SCARF 五要素（David Rock）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任何改变先看这五项是否被威胁——被威胁了，就没人敢说。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含意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最近哪次改动威胁了它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地位 Status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相对位置、被尊重的程度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确定性 Certainty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未来可预期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自主 Autonomy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有选择权、可控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关系 Relatedness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与人的联结、归属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公平 Fairness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规则一致、被公平对待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发声排练句式卡（Speak-up Rehearsal · 剪下随身带）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句式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怎么说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征询式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「我对这件事有不一样的看法，可以让我说说吗？」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补充式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「我看到一个还没提到的风险。」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示弱式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「我想提一个可能不太成熟的问题。」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担责式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「我早觉得不对，但没早说。」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邀请式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「我可能想多了，大家怎么想？」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⑥ 信任破损信号清单（安静的降温）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观察项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健康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正在降温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群聊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什么都在群里说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都私下聊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意见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主动提意见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问什么答什么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真话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跟我说实话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挑好听的说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担当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我来想办法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这不归我管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留人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主动留下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悄悄投简历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诊断量表 + 拆解九宫格（配合《团队信任与心理安全》模块二、三使用）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