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PRE-ASSESSMENT · 课前测评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团队心理安全自评表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开课前 3-5 天填写 · 课后 90 天同表复测（四维度 · Edmondson）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说明：本表依据 Amy Edmondson《The Fearless Organization》中的 Fearless Organization Scan，从四个维度自评你所在团队的心理安全水平。开课前 3-5 天填写，带着你的诊断结果进课堂；课程结束 90 天后，请用同一张表复测，对比分数变化——没有对比，就没有真相。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填表日期____________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评分说明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每个维度 3 题。请对每一句描述，按你的真实感受打分：</w:t>
      </w:r>
    </w:p>
    <w:p>
      <w:pPr>
        <w:spacing w:after="12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1 = 完全不同意　2 = 比较不同意　3 = 一般　4 = 比较同意　5 = 完全同意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包容与发声｜我说的话，会被听见吗？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描述（依据你的真实感受打分）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开会发言时，我的意见会被认真讨论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我可以表达不同看法，不用担心被针对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我提出一个问题，会得到回应而不是被忽略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包容与发声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风险与失败｜我犯错，会被惩罚吗？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描述（依据你的真实感受打分）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犯错时，我被当成「出了问题的人」而不是「搞砸了的人」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我愿意承认自己的错误，而不必藏着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6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团队把失误当成可以讨论、可以学习的事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风险与失败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开放对话｜坏消息，能上传吗？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描述（依据你的真实感受打分）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7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我可以把坏消息第一时间说出来，不必等它变大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8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难题和坏消息在团队里能被摊到桌面上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9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提出问题的人，不会被当成「制造麻烦的人」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开放对话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互助意愿｜我敢向同事求助吗？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描述（依据你的真实感受打分）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10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我可以向同事求助，而不担心显得无能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同事之间会主动互相补位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求助在这个团队里是常态，不是软弱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互助意愿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总分与解读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四维度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满分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解读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包容与发声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低分：说了没人听、不敢提异议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风险与失败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低分：报喜不报忧、藏错误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开放对话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低分：坏消息上传不了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互助意愿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低分：硬扛、怕求助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总分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60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越高越安全 —— 50 分以上：相对健康；35 分以下：明显偏焦虑区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2×2 自定位（Edmondson）</w:t>
      </w:r>
    </w:p>
    <w:p>
      <w:pPr>
        <w:spacing w:after="8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纵轴 = 心理安全，横轴 = 绩效标准。请标出你所在团队当前的位置，并写一句理由。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区域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特征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我在这一区？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学习区（安全高 · 标准高）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敢说真话 + 要求高，协作与绩效最佳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舒适区（安全高 · 标准低）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敢说话，但节奏松散、要求不高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焦虑区（安全低 · 标准高）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高压、憋着不说，多数问题团队在此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冷漠区（安全低 · 标准低）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都不在乎，最危险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我标在这里的理由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我最想先改变的维度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请把本表带到课堂——你的四维度得分和 2×2 定位，是模块二、三「诊断」环节的输入；也是模块六「90 天计划」的起点。课程结束 90 天后，用同一张表复测。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课前测评自评表（课前 3-5 天发 / 课后 90 天复测同一份）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