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SPARK · OBSERVATION 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SPARK 五步观察表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模块五演练用 · 观察员打分 + 演练者自评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使用说明（讲师）：本件配合模块五「SPARK 激励对话」演练使用。三人一组：管理者（用 SPARK 五步谈一次"士气低落"的一对一）/ 下属 / 观察员。观察员听到"直接给建议"就喊停——多数人漏 P 和 A，直接跳到给建议。★ 关键：K（点燃）必须让下属"自己选"，你选的行动他不会真做。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SPARK 五步对照（观察员打勾）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4082"/>
        <w:gridCol w:w="1474"/>
        <w:gridCol w:w="204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 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S · See 看见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先看见并说出他的状态和价值，让他觉得"被看见"。说具体，不说空话。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P · Probe 探问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用开放问题了解他真正在意什么、卡在哪。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· Acknowledge 认可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认可他的感受、努力或已有的贡献。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· Reframe 重构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帮他重新看待这件事的意义或可能性。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K · Kindle 点燃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一起定一个他能自己选的、愿意去做的行动。K 必须让他自己选。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关键公式与复盘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点燃 = 被看见（S） + 被理解（P+A） + 看到新的可能（R） + 自己选的一步（K）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527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我最容易漏掉哪一步？（多数人漏 P 和 A）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为什么 K 一定要"他自己选"？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演练中我说过的最有力的一句是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SPARK 五步观察表（配合《团队激励与敬业度管理》模块五使用）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