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团队激励与敬业度管理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薪酬、晋升、编制都不在我手里，我却要为团队的士气负责——「手里没牌，怎么激励？」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钱花了、福利发了，团队还是「人在心不在」，努力程度和投入明显不成正比。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不会谈。想激励一个人，坐下来一开口就变成了说教，越谈越冷。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激励方法一刀切：同一套用在所有人身上，有人被点燃，有人反而被浇灭。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你管不了公司的薪酬包，但你管得了「你团队里那个人今天有没有被看见」。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核心产出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开场与敬业度诊断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诊断团队敬业度，找到改进靶心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看清激励的本质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区分外在激励与内在驱动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DRIVE 激励五法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设计一次零成本激励动作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激励的差异化与公平感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给下属贴画像，匹配激励方式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SPARK 激励对话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谈一次士气低落的一对一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制定 30 天敬业度提升计划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带着一个真实的「人」来上课——今天所有的练习，都围绕你团队里那个你想改变状态的人。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先诊断，再开药——不急着要答案，先把问题看准。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敢说真话，尤其是「我做不到」的部分——卡住的地方，正是今天最值得练的地方。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手机静音，把注意力留给自己和身边的人。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开场与敬业度诊断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人的状态，是管理方式的镜子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学员能够诊断团队敬业度，说出最影响士气的 1-2 个真问题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学员能够识别自己的改进靶心，并说清它为什么重要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「凭感觉看人」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「按五问诊断」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我团队里有没有「人在心不在」的人？我在他身上花过多少心思？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如果那个人明天就走，我会后悔哪件事没做？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敬业度三层：投入 / 不投入 / 消极怠工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状态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对团队的影响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投入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主动想办法、愿意多做一步、以团队成绩为荣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带动氛围，产出稳定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不投入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只做分内事、到点下班、不主动不拒绝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产出达标但无惊喜，占据团队一半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消极怠工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推诿、抱怨、拖后腿，甚至传播负能量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拖垮氛围，逼走优秀的人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下滑是有过程的，你有机会在「不投入」阶段就拦住。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敬业度五问——团队快速体检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问句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指向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最低分先补哪项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挑战问：他知道自己的活和公司目标的关系吗？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意义感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最弱项优先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成长问：他这半年学到新东西了吗？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认可问：他最近的贡献被看见了吗？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关系问：他在这团队里有能交心的同事吗？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归属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公平问：他相信付出和回报是对应的吗？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五问不用全修，先补最低的那一项。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为什么激励是「我的事」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「薪酬晋升是公司定的，激励不归我管」——把自己摘出去，团队自然没劲。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薪酬晋升是公司给的，认可/成长/意义/参与/公平是你的用武之地，且大多不花钱。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决定人留不留的，恰恰是你手里这几样。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我的团队敬业度诊断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挑你团队里最需要改变状态的 1-2 个人，用敬业度五问各打一次分（1-5），圈出最低的那一项。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对象</w:t>
            </w:r>
          </w:p>
        </w:tc>
        <w:tc>
          <w:tcPr>
            <w:tcW w:type="dxa" w:w="129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挑战</w:t>
            </w:r>
          </w:p>
        </w:tc>
        <w:tc>
          <w:tcPr>
            <w:tcW w:type="dxa" w:w="129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成长</w:t>
            </w:r>
          </w:p>
        </w:tc>
        <w:tc>
          <w:tcPr>
            <w:tcW w:type="dxa" w:w="129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认可</w:t>
            </w:r>
          </w:p>
        </w:tc>
        <w:tc>
          <w:tcPr>
            <w:tcW w:type="dxa" w:w="129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关系</w:t>
            </w:r>
          </w:p>
        </w:tc>
        <w:tc>
          <w:tcPr>
            <w:tcW w:type="dxa" w:w="129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公平</w:t>
            </w:r>
          </w:p>
        </w:tc>
        <w:tc>
          <w:tcPr>
            <w:tcW w:type="dxa" w:w="129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最低项</w:t>
            </w:r>
          </w:p>
        </w:tc>
      </w:tr>
      <w:tr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29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开场与敬业度诊断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管理的起点不是「他为什么不努力」，而是「我给了他想要的吗」。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开场与敬业度诊断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本周找一个人做一次敬业度五问的「私下体检」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选定本次课程要持续关注的那个「靶心对象」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看清激励的本质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钱是地板，不是天花板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学员能够区分外在激励与内在驱动，说清光靠钱为何留不住人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学员能够运用内驱力三要素（自主/胜任/联结）为一位下属诊断最缺的一项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「以为钱能解决」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「对上需求」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我上次涨薪/发奖金之后，多久大家就习惯了？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我团队里有谁，是「给多少钱都提不起劲」的？他缺的到底是什么？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四个常见误区——大多数人是用错了力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误区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后果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加钱万能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以为涨薪就能提起劲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钱一习惯，状态回到原点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画饼充饥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只谈未来不给实际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一次落空，信任难再建立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一视同仁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用同一套方法对所有人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被激励的人少，被浇灭的人多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给自己想给的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把「我以为的好」硬塞给下属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错位付出，费力不讨好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不是不想激励，是用错了力。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双因素理论：保健因素 vs 激励因素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类别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作用的边界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保健因素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工资、福利、工作条件、制度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不做会不满，做了也难开心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激励因素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成就、认可、成长、责任、意义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能真正点燃、让人向前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闷潮的房间调到最舒服的温度，你不会因此开心——但闷着一定难受。钱就是这温度。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钱是地板，消除下坠；激励是天花板，决定上限。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内驱力三要素：自主 · 胜任 · 联结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缺了会怎样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对怎么做、做什么有掌控感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像工具，被摆布，逐渐麻木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胜任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能做、能做好的成就感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原地踏步，怀疑自己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联结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被连接、被在乎、归属一个团队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可有可无，随时可走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钱是保健，自主/胜任/联结才是激励——而且大多不花钱。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我的团队缺哪一样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从上一模块的靶心对象里选一位，判断他最缺自主、胜任还是联结，并写下你打算怎么补。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对象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最缺（自主/胜任/联结）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一条具体补充行动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看清激励的本质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诊断比开药方更重要——很多管理者的问题，是给错了药。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看清激励的本质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用内驱力三要素给靶心对象做一次诊断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停掉一个「我以为有用」的无效激励动作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DRIVE 激励五法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不加薪、不升职，也能把人点燃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DRIVE 五法，说出每法的做法和一句话话术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学员能够用零成本激励清单设计一次不加薪、不升职就能落地的激励动作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「手里没牌」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「五法换牌」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在「不用花钱、不用职级」的前提下，我到底能给出哪几样东西？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我团队里，有谁是我从来没有认真认可过的？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公司给的 vs 你能给的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公司给的：薪酬、晋升、编制、预算——这些常常不归你。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你能给的：认可、成长、意义、参与、环境——这些都在你手上。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别盯着你没有的，先用好你有的。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DRIVE 激励五法总览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字母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方法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给成长 Development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给「略高于现在能力」的任务和及时反馈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给认可 Recognition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当场、具体，说清「做了什么 + 带来什么价值」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给参与 Involvement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重要决定征求意见，给「主人」身份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V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给意义 Vision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把任务和更大的目标、用户、团队价值连起来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给环境 Environment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规则透明、赏罚公正、允许试错、把人当人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DRIVE 五法，全不需预算。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R 给认可：具体的认可才可信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「干得好，继续加油」——空泛、没分量、走个过场。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「你这次把处理时间从 3 天压到 1 天，客户当场就信了」——具体到行为和价值。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说清「做了什么 + 带来什么价值」，认可才有分量。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一次激励设计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为你的靶心对象，设计一次今天就能用、不花钱的激励动作。要具体到：哪天、对谁、用哪一法、做什么、说什么。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181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对象</w:t>
            </w:r>
          </w:p>
        </w:tc>
        <w:tc>
          <w:tcPr>
            <w:tcW w:type="dxa" w:w="181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DRIVE 哪法</w:t>
            </w:r>
          </w:p>
        </w:tc>
        <w:tc>
          <w:tcPr>
            <w:tcW w:type="dxa" w:w="181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具体动作</w:t>
            </w:r>
          </w:p>
        </w:tc>
        <w:tc>
          <w:tcPr>
            <w:tcW w:type="dxa" w:w="181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一句话话术</w:t>
            </w:r>
          </w:p>
        </w:tc>
      </w:tr>
      <w:tr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81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DRIVE 激励五法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明天就能做的，才叫激励；停留在「多关心他」的，是决心，不是方法。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DRIVE 激励五法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给靶心对象做完一次 DRIVE 激励设计并执行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从零成本清单里挑 2 条，本周就用出去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激励的差异化与公平感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从「用心」到「用准」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学员能够运用激励画像四型给下属贴画像，并用对照表匹配方法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学员能够说清公平感三来源（分配/程序/互动），理解透明本身就是激励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「一视同仁」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「看人对症」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我团队里四种画像各有多少人？我最容易忽略的是哪一类？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有没有人抱怨过「不公平」？他真正在意的，是结果、过程，还是被对待的方式？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激励画像四型——同一套方法，效果天差地别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画像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核心需求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首选两法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要避开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进取型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成长与晋升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给成长 + R 给认可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简单重复的活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稳重型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安全与稳定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给环境 + R 给认可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频繁变动、模糊承诺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归属与被认可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给认可 + E 给环境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冷冰冰的任务派发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自主型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自由与掌控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给参与 + V 给意义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事无巨细的盯梢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画像不是标签，是「当前需求的快照」——人会变，画像也会变。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公平感三来源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来源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关注什么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分配公平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结果是否合理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让贡献和回报挂钩，别「大锅饭」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程序公平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过程是否透明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规则公开、标准统一、不搞暗箱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是否被尊重地对待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解释清楚、倾听意见、给出理由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两个人奖金差 1000 块，A 知道原因毫不在意，B 什么都不知道就嘀咕「凭什么是他」。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很多时候人不是嫌给得少，是嫌不公平——透明本身就是激励。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团队激励盘点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把团队成员按四种画像分类，检查有没有「给错人」或「被漏掉」的情况。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成员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画像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我现在的激励方式对不对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要调整成什么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激励的差异化与公平感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公平不是平均——付出不同、回报相同，恰恰对高贡献者不公平。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激励的差异化与公平感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完成团队全员画像盘点，找出被漏掉的人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检查一项团队规则的程序公平性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SPARK 激励对话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最好的激励，是一次真诚的对话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SPARK 五步谈一次士气低落的一对一谈话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学员能够区分说教与点燃，理解让他自己选行动为何更有效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「一开口就说教」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「先懂再点燃」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我上一次想激励一个人，是不是聊着聊着就变成了讲道理？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如果不说教，我还能用什么方式让他自己动起来？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激励对话的三个陷阱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陷阱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后果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说教式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一上来就讲道理、给建议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对方越听越关上门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评判式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把谈话变成评价甚至批评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对方立刻防御，不再说真话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交易式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只谈条件不谈人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讲完人心更凉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好对话的方向相反：先懂人，再谈事。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SPARK 激励对话五步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一句话话术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看见 See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先看见并说出他的状态和价值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「我注意到你这段时间在〔X〕上花了很多心思。」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探问 Probe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用开放问题了解他真正在意什么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「你自己怎么看现在的状态？最提不起劲的是哪块？」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认可 Acknowledge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认可他的感受、努力或贡献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「换我是你也会觉得没劲，这不奇怪。」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重构 Reframe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帮他重新看待这件事的意义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「也许它是你最有机会证明自己的舞台。」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 点燃 Kindle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一起定一个他能自己选的行动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「你想先从哪件事开始？需要我给你什么支持？」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最容易漏 P 和 A——多数人直接跳到给建议。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K 点燃：他选的，才会真做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「你就按我说的做，先这样再那样。」——你给的行动，他没有承诺感。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「你想先从哪件事开始？需要我给你什么支持？」——自己选的，才会真做。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点燃不是说服，是让他自己愿意燃起来。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一次激励对话（角色扮演）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三人一组（管理者 / 下属 / 观察员），用 SPARK 五步谈一次「下属士气低落」的对话。观察员按五步逐项打勾。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S 看见：我先说出了他的状态和价值，而不是上来就谈事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P 探问：我用开放问题，让他说出了真正在意的东西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A 认可：我认可了他的感受或努力，没有否定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R 重构：我帮他看到了一个真实、可信的新角度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K 点燃：行动是他自己选的，我又补了一句支持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SPARK 激励对话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激励不是说服，是点燃——让一个人自己燃起来。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SPARK 激励对话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用 SPARK 五步谈一次真实的一对一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复盘：我漏掉的是哪一步？下次怎么补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整合与行动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激励不是一次性动作，是持续循环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学员能够画出激励闭环图，说清激励是持续循环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学员能够制定一份 30 天敬业度提升计划（诊断+激励+对话）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「想起来做一次」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「转成循环」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我的团队现在在正循环还是负循环里？转折点是什么？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这一天学的，有哪一件是我明天就能开始做的？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一页激励闭环图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对应模块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用敬业度五问找出最弱项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看本质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诊断他缺自主/胜任/联结哪一样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用方法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DRIVE 五法给出行动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看对人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按画像匹配方法，守住公平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谈一次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SPARK 五步完成一次对话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⑥ 持续跟进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回到①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关注—回应，循环往复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激励不是想起来做一次，是围着这条链不断转。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成长飞轮：正循环与负循环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循环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路径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正循环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给机会 → 做成了 → 给认可 → 更投入 → 再给机会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越转越快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负循环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不给机会 → 没状态 → 更低效 → 更不敢放 → 更没机会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越停越难重启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两个循环的起点，都是管理者那一次「给不给机会」的选择。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 30 天敬业度提升计划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把今天学的落地成三件事：一次诊断、一次激励、一次对话。每件都要具体到人、时间、可验证的结果。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事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对谁 / 做什么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什么时候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一次诊断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一次激励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整合与行动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说出来的承诺，兑现率是写下来的两倍——把计划写给一个人看。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整合与行动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填完 30 天计划，并找一位伙伴互锁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把承诺念出来，约 30 天后互查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我带走的一句话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开场与敬业度诊断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管理的起点是「我给了他想要的吗」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看清激励的本质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钱是地板，不是天花板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DRIVE 激励五法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不加薪、不升职，也能把人点燃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激励的差异化与公平感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从「用心」到「用准」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SPARK 激励对话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激励不是说服，是点燃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激励是持续循环，不是一次性动作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你管不了公司的薪酬包，但你管得了「你团队里那个人今天有没有被看见」。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开场与敬业度诊断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看清激励的本质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DRIVE 激励五法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激励的差异化与公平感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SPARK 激励对话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工具一：敬业度五问体检表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用于团队或个人的快速敬业度诊断，找出最需要补的那一项。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问句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评分（1-5）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观察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挑战问（意义感）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成长问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认可问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关系问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公平问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参考做法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最低项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先补最低的那一项，别贪多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工具二：DRIVE 激励五法速查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五个字母对应五种零成本激励，全部不需要预算。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字母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方法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我的一句话话术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给成长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略高于能力的任务 + 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给认可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具体到行为和价值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给参与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征求意见、给主人身份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V 给意义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连上更大的价值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给环境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透明、公正、允许试错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工具三：激励方式对照表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按画像匹配激励方式，从「用心」到「用准」。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画像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核心需求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首选两法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进取型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成长与晋升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+ R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稳重型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安全与稳定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+ R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归属与被认可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+ E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自主型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自由与掌控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+ V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工具四：SPARK 激励对话五步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用于士气低落、状态不佳的一对一谈话。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看见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说出状态与价值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探问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开放问题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认可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认可感受与努力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重构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给一个新角度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 点燃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让他自己选行动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工具五：公平感三来源自查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检查团队的分配 / 程序 / 互动公平。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来源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现状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分配公平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贡献和回报挂钩吗？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程序公平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规则透明、标准统一吗？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平时解释清楚、肯听意见吗？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敬业度三层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投入 / 不投入 / 消极怠工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见「开场与敬业度诊断」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敬业度五问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挑战·成长·认可·关系·公平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见「开场与敬业度诊断」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双因素理论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保健因素 / 激励因素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见「看清激励的本质」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内驱力三要素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自主 · 胜任 · 联结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见「看清激励的本质」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DRIVE 激励五法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D成长/R认可/I参与/V意义/E环境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见「DRIVE 激励五法」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激励画像四型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进取 / 稳重 / 关系 / 自主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见「激励的差异化与公平感」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公平感三来源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分配公平 / 程序公平 / 互动公平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见「激励的差异化与公平感」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SPARK 激励对话五步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S看见/P探问/A认可/R重构/K点燃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见「SPARK 激励对话」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成长飞轮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给机会 × 给认可 × 给意义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见「整合与行动」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激励不是说服，是点燃——让一个人自己燃起来。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事项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一次诊断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一次激励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团队激励与敬业度管理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一天的同行，一生的功课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你管不了公司的薪酬包，但你管得了「你团队里那个人今天有没有被看见」。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 w:line="448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今天我们走过的六段路：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 · 开场与敬业度诊断 —— 找到改进靶心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二 · 看清激励的本质 —— 钱是地板，不是天花板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 · DRIVE 激励五法 —— 不加薪也能点燃人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四 · 激励的差异化与公平感 —— 从用心到用准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五 · SPARK 激励对话 —— 先懂人，再谈事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六 · 整合与行动 —— 让激励转起来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课程的结束，正是你实践的开始。回到团队，做那个「看见人」的管理者。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