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MOTIVATION MATCH TABLE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激励方式对照表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 · 画像 × 方法 交叉查表（可打印 A3 贴墙）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使用说明（讲师）：本件配合模块四「激励方式对照表」使用（8 min，个人）。把人（四型）和方法（DRIVE 五法）交叉，做成一张"查表"——遇到谁、该用哪两法，一目了然。★ 从"凭感觉激励"到"照着匹配"，这是从"用心"到"用准"的升级。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对照表（画像 × 优先用哪两法）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835"/>
        <w:gridCol w:w="3345"/>
        <w:gridCol w:w="334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画像 \ 优先用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首选 1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首选 2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进取型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D 给成长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给认可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稳重型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E 给环境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给认可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关系型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R 给认可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E 给环境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自主型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I 给参与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V 给意义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我的团队对照（拿你的团队 3-5 人逐个填）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1474"/>
        <w:gridCol w:w="1587"/>
        <w:gridCol w:w="1587"/>
        <w:gridCol w:w="3402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姓名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画像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首选 1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首选 2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一个具体动作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激励方式对照表（配合《团队激励与敬业度管理》模块四使用）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