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MOTIVATION MISCONCEPTION CARDS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激励误区情境卡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模块二、四讨论用 · 认出自己踩过的坑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使用说明（讲师）：本件配合模块二「动机误区」与模块四讨论使用。小组每人讲一句"我踩过的坑"，讲师记录共性。★ 不评判，只认出——认出误区是改变的第一步。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误区情境卡 × 4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2948"/>
        <w:gridCol w:w="510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误区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典型想法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为什么是错的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加钱误区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认为"钱给够了，人就留下了"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加薪只买到三个月缓冲期——保健因素消不满，不点燃热情。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公平误区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"激励人人有份，才叫公平"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给所有人一样，等于没人被激励；付出不同、回报相同，恰恰是对高贡献者的不公。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错位误区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"我自己在意什么，就给他什么"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给的是自己想给的，不是对方想要的——激励是"对上需求"，不是"发福利"。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一劳误区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"激励是年终一次性动作"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激励是日常的、持续的；一年一次的大动作，抵不过每周一点小看见。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我的自查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268"/>
        <w:gridCol w:w="3628"/>
        <w:gridCol w:w="362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我最常踩的误区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我团队里的真实例子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我打算怎么改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激励误区情境卡（配合《团队激励与敬业度管理》模块二 / 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