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Motivating Teams 团队激励与敬业度管理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你管不了公司的薪酬包，但你管得了「你团队里那个人今天有没有被看见」。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一门教中层管理者「在权限有限的前提下，怎么把人的愿意点燃起来」的实战课。目标不是让学员听懂，而是让学员在课上就完成一次真实的敬业度诊断、一次真实的 DRIVE 激励设计、一次完整的 SPARK 对话演练，并带走 6 件工具卡与 1 份 30 天敬业度提升计划。讲师角色是「设计练习场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+ 30天计划，带走件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开场与敬业度诊断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看清激励的本质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激励五法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激励的差异化与公平感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精细化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激励对话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方法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min（6.5 小时）+ 机动 = 一天 7 小时，含午休与两次茶歇；结构化授课约 6–6.5H。练习占比按「压讲解腾演练」重平衡，课程级演练 ≈ 36%（含话术 rehearsal）。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马克笔（破冰与公约用，以及知识点「我本周能做的一件」贴墙）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任务卡 / 情境卡打印（模块二、四讨论用，每组一套）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《SPARK 五步观察表》每组 3 份（模块五演练用）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《激励方式对照表》打印 A3 版（模块四贴墙对照）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课后工具包带走件（速查卡+30天计划，结课发）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白板或便利贴墙（贴「靶心」「本周能做的一件」）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演练用场景卡（模块五三个难谈场景：老员工/新人/能人）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开场与敬业度诊断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诊断团队敬业度，说出最影响士气的 1-2 个真问题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找到个人改进靶心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导入：没看见反例破题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 + 学习公约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镜子理念 + 敬业度三层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敬业度五问 + 为什么是我的事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自我诊断：敬业度靶心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用举手投票制造冲突：团队里有没有「人在心不在」的人？你能说出他为什么努力吗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人的状态，是管理方式的镜子——你能改变的不是他的性格，是你的管理方式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敬业度三层：投入 / 不投入 / 消极怠工，下滑有过程，你有机会拦住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敬业度五问：挑战·成长·认可·关系·公平，哪项最低先补哪项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薪酬晋升是公司给的，认可/成长/意义/参与/公平是你的用武之地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开场白：『今天这门课不教你逼人多干活，而是教你在权限有限的现实里，把人的愿意点燃起来。』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破冰用「最想留住/最担心的人」，召回真实痛点，也把全天靶心对象定下来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诊断活动走动观察，挑 2-3 位靶心不同的学员分享，保证五问维度都有人覆盖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你的敬业度靶心是哪一项？涉及的是谁？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那个人如果明天就走，你会后悔哪件事没做？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为什么是我的事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薪酬晋升你审批不了，但认可/成长/意义/参与/公平全在你手上——恰恰是后者决定人留不留。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学员说「人不积极是他自己的问题」：引导从「他态度差」转到「我给了他想要的吗」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班型偏静：诊断活动改「先写后说」，降低开口门槛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转场：诊断清楚了，接下来看——为什么给钱给福利，人还是不卖力？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看清激励的本质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区分外在激励与内在驱动，说清光靠钱为何留不住人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运用内驱力三要素为一位下属诊断最缺的一项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导入：用错力破题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四个常见误区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双因素理论 + 湿度比喻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内驱力三要素（自主/胜任/联结）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练习：我的人缺哪一样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误区+迁移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大多数人不是不想激励，是用错了力：加钱/画饼/给一样/给自己想给的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双因素：保健因素（工资福利）不让人难受，激励因素（成就认可成长）才让人想往前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加钱只能消除不满，不能点燃热情——钱是地板不是天花板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内驱力 = 自主 + 胜任 + 联结；钱是保健，这三样才是激励，且大多不花钱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缺自主=像工具；缺胜任=原地踏步；缺联结=可有可无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四个误区逐条过，重点讲「公平误区」——公平不等于平均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双因素用湿度比喻：闷潮难受，调到最舒服也不会因此开心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练习强调「诊断比开药方更重要」——很多管理者的问题是给错了药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你上次涨薪/发奖金之后，多久大家就习惯了？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让你的人选，他最缺的是自主、胜任还是联结？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双因素归类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「晋升」和「奖金」常有争议——关键看它带来的是安全感还是成就感。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内驱力三要素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让管理者先给自己打分体验「缺哪一样」的滋味，才能共情下属。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学员纠结「涨薪到底算哪类」：引导看该情境下它带来的是不满消除还是热情点燃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练习写成「多鼓励他」：要求具体到「缺哪一项 + 一个动作」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转场：想通了根，接下来看方法——不加薪、不升职，到底能拿什么激励人？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DRIVE 激励五法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DRIVE 五法，说出每法的做法和一句话话术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用零成本激励清单设计一次不加薪、不升职就能落地的激励动作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导入：中层激励困境破题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公司给的 vs 你能给的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DRIVE 五法总览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逐法详解 + 一句话话术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零成本激励清单 + 圈选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练习：一次激励设计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中层尴尬：能管人，管不了公司的钱包——钱不是我说了算，职级编制有限，预算常年冻结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薪酬晋升是「公司给的」，认可/成长/意义/参与/环境是「你能给的」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DRIVE：D 给成长 / R 给认可 / I 给参与 / V 给意义 / E 给环境，全不需预算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认可要「具体」——「干得好」没分量，说清「做了什么+带来什么价值」才可信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零成本清单把五法拆成 20 个「明天就能做」的动作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打掉「手里没牌」的心结：让学员列「不用花钱不用职级就能给的5样东西」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逐法讲，重点讲 R——模糊表扬 vs 具体表扬的案例最有冲击力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练习是模块核心：专门抓「太笼统」的设计，当场改成「哪天、对谁、做什么、说什么」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五法里你最常用哪一法？最忽略哪一法？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你团队里，有没有一个人你从来没给过认可？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认可关键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具体的认可才可信。「小李，你这次把处理时间从3天压到1天」比「干得不错」强一百倍。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一次激励设计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反面：「多关心他」；正面：具体到人、DRIVE 哪法、哪天做、说什么。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设计写成「多鼓励他」：要求写明具体时间与场景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超时：个人设计硬控 8 分钟，未完作课后，优先保小组点评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转场：有了方法，还要问一句：同样的方法，对所有人都有用吗？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激励的差异化与公平感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类型：精细化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运用激励画像四型给下属贴画像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用对照表为不同画像匹配方法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说清公平感三来源，理解透明本身就是激励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导入：给错人破题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激励画像四型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公平感三来源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激励方式对照表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练习：团队激励盘点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没有万能激励法——同一套方法对不同的人效果天差地别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画像四型：进取（成长晋升）/ 稳重（安全稳定）/ 关系（归属认可）/ 自主（自由掌控）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画像不是标签，是「当前需求的快照」——人会变，画像也会变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公平感三来源：分配公平（结果）/ 程序公平（过程）/ 互动公平（被尊重）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很多时候人不是嫌给得少，是嫌不公平——透明本身就是激励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破除对稳重型的偏见——最容易被误解、也最容易被漏掉的一类人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公平感举例：两人奖金差1000块，A知道原因毫不在意，B什么都不知道就嘀咕「凭什么是他」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盘点练习重点抓「被漏掉的人」——团队里最安静的那个最容易忽视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你团队里四种画像各有几人？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盘点之后，有没有人被长期忽略了？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对照表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进取→D+R；稳重→E+R；关系→R+E；自主→I+V。从「用心」到「用准」。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公平三来源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透明让公平可被感知：只公布结果、不解释理由，是团队暗流涌动的根。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学员说「稳重型就是没上进心」：引导区分「需求不同」与「没上进心」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盘点只写了两三人：要求覆盖团队全员，尤其是安静的人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转场：方法会用了、人也看准了，最后还差一步——怎么谈？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SPARK 激励对话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类型：方法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SPARK 五步谈一次士气低落的一对一谈话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区分说教与点燃，理解让他自己选行动为何更有效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导入：善意传丢了破题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对话三陷阱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SPARK 五步总览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逐阶详解 + 话术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案例分析（错/对谈法）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激励对话角色扮演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激励最重要的工具，是一次真诚的对话——所有方法最终都通过谈话落地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三个陷阱：说教式 / 评判式 / 交易式；好对话方向相反：先懂人，再谈事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SPARK：S 看见 / P 探问 / A 认可 / R 重构 / K 点燃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最容易漏 P 和 A——多数人直接跳到给建议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K 必须让他「自己选」——你选的行动他不会真做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逐阶讲，重点提醒 R 不是灌鸡汤，是帮他看到真实价值；K 两句缺一不可：自己选 + 你支持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案例分析追问：「下属哪一句话是转折点？」——他说出「没什么意义」那句才是真原因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角色扮演不要打断失手，等复盘时让学员自己发现「一给建议对方就闭嘴」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五步里你最常漏哪一步？漏掉的代价是什么？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 K 是「他选的」还是「你给的」？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 K 要他自己选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你选的行动他不会真做；自己选的才有承诺感。加一句「需要我给你什么支持」。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R 重构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不是灌鸡汤，是帮他看到自己没看到的价值，要真实可信——「你比谁都懂这个客户」。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角色扮演变说教：观察员喊停，拉回「先看见 + 提问」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跳过 P 直接给建议：提醒「先问对方，再给建议」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转场：会谈了，最后一步就是把今天学的，变成明天就能做的事。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类型：收口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画出激励闭环图，说清激励是持续循环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 30 天敬业度提升计划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导入：谈完不是终点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一页激励闭环图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成长飞轮（正负循环）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填写 30 天计划 + 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课程总结 + 结课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激励不是一次性动作，是持续「关注—回应」的循环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一页激励闭环图：①诊断→②看本质→③用方法→④看对人→⑤谈一次→⑥持续跟进→回到①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成长飞轮 = 给机会 × 给认可 × 给意义；一旦转起来越转越快，一旦停下越停越难重启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两个循环的起点，都是管理者那一次「给不给机会」的选择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天计划：一次诊断 + 一次激励 + 一次对话，具体到人、时间、可验证的结果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闭环图让学员把 6 个模块填进正确位置，并标出自己最容易断在哪一环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行动计划强调「具体到人」——「多关心团队」是决心不是计划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承诺环节不强制——但说出来的承诺，兑现率是写下来的两倍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你的团队现在在正循环还是负循环里？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这一天，哪一句话最戳你？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闭环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激励不是想起来做一次，是围着这条链不断转——他回到第一步重新诊断，循环才转得起来。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行动计划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反面：「我要多关心团队」；正面：具体到人、时间、可验证结果。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 + 对象 + 一句话结果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承诺流于形式：当场念出并记录，约 30 天后互查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学习目标页、小结过渡、部分案例页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破冰、DRIVE 五法、SPARK 五步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一次激励设计、团队激励盘点、角色扮演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学习公约、30 天计划、收口承诺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原则：两个核心模型（模块三、五）与所有演练是「练」的载体，优先保；概念页可口头带过。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一次激励设计：个人先设计、小组后互评（具体吗/可执行吗/对上需求吗）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团队激励盘点：个人完成 + 同桌互查（有没有给错人/漏掉人）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SPARK 角色扮演：三人组（管理者/下属/观察员），严格轮换，每人至少当一次管理者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「我又不能加薪，激励不归我管吧？」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A：薪酬是公司的，认可/成长/意义/参与/环境是你的——恰恰是后者决定人留不留。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「钱都留不住人，我还能怎么办？」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A：钱消除不满，只有内驱力才点燃热情。诊断准了他缺什么，再给什么。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「团队里没劲的人，怎么谈才能谈动他？」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A：用 SPARK 五步，带结构地谈。重点在 P（探问）和 K（让他自己选）。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「激励人人有份，才算公平吧？」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A：公平不等于平均。付出不同、回报相同，恰恰对高贡献者不公平。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