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MODULE 6 · 行动计划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30 天 AI 陪练计划表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模块六用 · 带走件</w:t>
            </w:r>
          </w:p>
        </w:tc>
      </w:tr>
    </w:tbl>
    <w:p>
      <w:pPr>
        <w:spacing w:after="1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使用说明：本件配合模块六「边界与行动」环节使用。课程结束当天填完，四周各写一个动作，结对互锁并约定回查日期。30 天后，用《课前自评表》复测，对比变化。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姓名____________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部门____________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见证伙伴____________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回查日期____________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我的承诺（一句话 · 具体 · 可听 · 可查）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我回岗后要改变的一个对话动作：「____________________________________________________________」</w:t>
            </w:r>
          </w:p>
        </w:tc>
      </w:tr>
    </w:tbl>
    <w:p>
      <w:pPr>
        <w:spacing w:after="8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具体（做什么）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可听（对方能接住）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可查（怎么验证）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四周 AI 陪练安排（一周一件，做完打勾）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周次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具体行动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开始日期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完成标志</w:t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第 1 周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选一个真实话题，用 GROW + CRISPE 生成准备单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第 2 周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让 AI 扮对方，练「三种可能反应」并想好接招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第 3 周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真实谈一次，谈完 10 分钟内做复盘四问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第 4 周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把复盘结论写成 SMART 承诺并执行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伙伴互锁（行为层保障）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伙伴姓名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联系方式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互查日期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互查方式</w:t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三道护栏自检（用 AI 前问自己）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护栏</w:t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我这次做到了吗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保密：人名 / 薪酬绩效 / 未公开人事变动 / 客户机密，我先抽象化了吗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事实核对：AI 给的制度 / 数据 / 条款，我自己核过了吗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责任归属：我有没有把它说成「这是 AI 建议的」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30 天复测记录（课程结束 30 天后填）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维度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课前得分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30 天后得分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变化</w:t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对话前准备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情绪与刹车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倾听与反馈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AI 使用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复盘与行动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总分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0" w:line="320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0"/>
        </w:rPr>
        <w:t>提示：复测是看「我更会对话了吗」，不是看「我变了没有」。</w:t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30 天后我最希望听到的一句话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「____________________________________________________________」</w:t>
            </w:r>
          </w:p>
        </w:tc>
      </w:tr>
      <w:tr>
        <w:tc>
          <w:tcPr>
            <w:tcW w:type="dxa" w:w="98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320" w:after="3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p>
      <w:pPr>
        <w:spacing w:after="120" w:before="0"/>
      </w:pPr>
      <w:r>
        <w:rPr>
          <w:sz w:val="12"/>
        </w:rPr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b w:val="0"/>
        <w:color w:val="888888"/>
        <w:sz w:val="18"/>
      </w:rPr>
      <w:fldChar w:fldCharType="begin"/>
      <w:instrText xml:space="preserve">PAGE</w:instrText>
      <w:fldChar w:fldCharType="end"/>
    </w:r>
    <w:r>
      <w:rPr>
        <w:rFonts w:ascii="Microsoft YaHei" w:hAnsi="Microsoft YaHei" w:eastAsia="Microsoft YaHei"/>
        <w:b w:val="0"/>
        <w:color w:val="888888"/>
        <w:sz w:val="18"/>
      </w:rPr>
      <w:t xml:space="preserve">     ·     Coursemaster 出品 · 30 天 AI 陪练计划表（落地固化用）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