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2 · 边界判定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起草判定卡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模块二用 · 8 条消息逐条判定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使用说明：本件配合模块二「人在回路：AI 能帮的和不能替的」使用。逐条判断这 8 条消息「能不能交给 AI」——在最后一列打勾，并写下理由。判定标准：AI 能帮（想清楚 / 调措辞 / 陪练 / 陪复盘）；AI 不能替（那句话 / 承诺 / 担责 / 共情）。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判定卡（8 条）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消息内容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能 / 不能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理由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帮我整理一份跨部门对齐会的发言提纲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把下属的姓名、绩效评级和薪酬一起发给 AI，让它帮我想怎么谈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和 AI 演练一遍「如果对方这么问，我怎么答」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 AI 生成一份公司的考勤制度条款，直接发给员工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帮我复盘昨天的对话，问我几个问题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直接替我回复客户那封投诉邮件，原文发出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 AI 帮我把这句太生硬的话，改得更让人能接受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老板问起来时说「这是 AI 给的建议，跟我无关」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判定参考（练习后对照）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编号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判定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只处理已公开信息，AI 帮你结构化——属于「帮你想清楚」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涉及姓名、绩效、薪酬——触碰「保密」护栏，先抽象化再谈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只做演练与预判——属于「陪你练」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制度文本必须以公司正式文件为准——触碰「事实核对」护栏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抽象化内容 + 不评判的复盘搭档——属于「陪你复盘」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对外承诺必须本人确认——触碰「不能替你承诺」红线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C7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只调措辞，最终由你说出口——属于「帮你把话说得更好懂」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C8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责任归属——不能说「这是 AI 建议的」，你是签字的人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四条红线（背下来）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红线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不让 AI 替你说那句（说出口的必须是你）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不让 AI 替你承诺（对外承诺必须本人确认）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不让 AI 替你担责（不能说「这是 AI 建议的」）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4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不让 AI 替你共情（真诚必须你自己给）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我的红线（补一条你自己的）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我最可能破的那一条红线是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我打算怎么守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AI 起草判定卡（配合《对话领导力 · AI辅助高影响对话》模块二使用，独立分发件）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