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0" w:before="0"/>
      </w:pPr>
      <w:r>
        <w:rPr>
          <w:sz w:val="12"/>
        </w:rPr>
      </w:r>
    </w:p>
    <w:p>
      <w:pPr>
        <w:spacing w:after="120" w:before="0" w:line="896" w:lineRule="exact"/>
        <w:jc w:val="center"/>
      </w:pPr>
      <w:r>
        <w:rPr>
          <w:rFonts w:ascii="SimHei" w:hAnsi="SimHei" w:eastAsia="SimHei"/>
          <w:b/>
          <w:i w:val="0"/>
          <w:color w:val="013147"/>
          <w:sz w:val="56"/>
        </w:rPr>
        <w:t>对话领导力 · AI 辅助高影响对话</w:t>
        <w:br/>
        <w:t>Conversational Leadership with AI</w:t>
      </w:r>
    </w:p>
    <w:p>
      <w:pPr>
        <w:spacing w:after="120" w:before="280" w:line="448" w:lineRule="exact"/>
        <w:jc w:val="center"/>
      </w:pPr>
      <w:r>
        <w:rPr>
          <w:rFonts w:ascii="SimHei" w:hAnsi="SimHei" w:eastAsia="SimHei"/>
          <w:b/>
          <w:i w:val="0"/>
          <w:color w:val="013147"/>
          <w:sz w:val="28"/>
        </w:rPr>
        <w:t>学员信息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学员姓名：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日    期：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讲    师：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地    点：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280" w:before="0"/>
      </w:pPr>
      <w:r>
        <w:rPr>
          <w:sz w:val="12"/>
        </w:rPr>
      </w:r>
    </w:p>
    <w:p>
      <w:pPr>
        <w:spacing w:after="120" w:before="0" w:line="416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通过这门课程，我最想带走的是：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引言：课程介绍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【课程痛点】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同一件事，你讲得字字在理，对方却越听越冷——最后你赢了道理，输了关系。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重要对话前夜翻来覆去睡不着，真到现场，三句话就被对方带跑了。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学着用 AI，却发现它给的答案「不像我」，直接照读，反而更尴尬。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对话完就完了——当时答应的事忘了、没谈成的事躲了，下次还是原地打转。</w:t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这不是一堂教你「用 AI 写话术」的工具课，而是一堂把 AI 当陪练、把对话练成能力的实战课。落点只有一个——AI 进回路，不进你的嘴；那句话，永远你自己说。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【课程概览】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内容概要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开场与约定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三问破冰、课程地图、三个约定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对话的胜负手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失败三源 · 杏仁核劫持 · 身体预警 + 3 秒刹车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人在回路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HITL · 认知外包的代价 · 四个可为 / 三个不可为 ⭐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帮你想 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准备三层次 · GROW · CRISPE · 生成对话准备单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陪你练 ⭐⭐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 · 倾听四层 · NVC · 三场景三人组演练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陪你复盘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复盘四问（改编自 Kolb）· SMART 承诺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边界与行动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三道护栏 · SCARF · 一句承诺 · 30 天 AI 陪练计划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【学习公约】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带一个真实的对话难题来——今天所有练习都围绕它，练完就能用回工作。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手机就是教具——今天 AI 是课堂工具，请把它拿出来，而不是收起来。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只谈真的——讲真实的同事、真实的场面，不讲虚构案例；不想暴露的，用「一位同事」代替。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带走一个行动——结课每人带走「一份对话准备单 + 一张速查卡 + 一句承诺 + 30 天陪练计划」。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对话的胜负手：谈崩，逃不出三个源头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不是你不会说话，是三个源头你可能一个都没看见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说出对话失败的三源（信息差 / 情绪劫持 / 立场固化），并能自我归因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掌握身体预警信号与「3 秒刹车」动作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「把谈崩归给「对方难搞」」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「把谈崩拆成三个可看见的源头」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你最近一次谈崩的对话，卡在哪一步？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谈崩的时候，你的身体有什么反应？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对话失败三源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源头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它长什么样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一句话识别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信息差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两人掌握的事实不同，却都以为掌握了全部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「我以为你知道……」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情绪劫持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情绪先到，理性掉线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「话还没说完，火先上来了」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立场固化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不是不理解对方，是已经站定，不想动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「不管你说什么，我都这么想」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多数谈崩是三个源头叠加：信息差没对齐 → 情绪被点着 → 立场焊死。先看见，才谈得上解。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杏仁核劫持：情绪占线，理性掉线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发生了什么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威胁被感知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大脑的杏仁核判定「有事」，抢先接管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理性暂离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负责理性的前额叶暂时掉线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身体先反应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呼吸变浅、声音变高、想立刻反驳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这不是修养差，是生理反应——知道这一点，你才不会在情绪过后继续自责。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身体预警 + 3 秒刹车（STOP）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动作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停一下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不急着回话，把嘴先闭上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T 吸一口气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把呼吸拉长，告诉身体「没事」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 观察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看对方在什么情绪里，也看自己在什么情绪里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 再开口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先说感受，再说事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晚 3 秒开口，不是为了输，是为了不输掉整场对话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三源归因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回想你最近一次谈崩的对话，把它拆成三个源头，只填「我的部分」。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这次对话里，信息差在哪？我以为他知道什么？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情绪是什么时候上来的？我的身体信号是什么？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我们的立场各自固化在哪一点上？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两人一组，各讲 3 分钟，对方只问「还有呢」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对话的胜负手：谈崩，逃不出三个源头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先看清三源，再谈技巧——否则技巧都用在错误的地方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对话的胜负手：谈崩，逃不出三个源头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记下一个你的「身体预警信号」，它就是你的刹车点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下一次重要对话前，先花 1 分钟问自己：三源里我最防哪一个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人在回路：AI 能帮的和不能替的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AI 进回路，不进你的嘴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理解人在回路（Human-in-the-Loop）的分工原则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区分 AI 能帮的四件事与不能替的三件事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「要么全信 AI，要么完全不用」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「让 AI 生成，让自己判断与决定」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你有没有把本该自己想的事，直接外包给过 AI？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过去一个月，你因为过度依赖工具，丢过什么能力吗？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人在回路 HITL：为什么要有「回路」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角色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负责什么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生成、整理、建议、提供备选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人（你）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判断、取舍、决定、担责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来源：Parasuraman &amp; Riley (1997)。关键不是「用不用 AI」，而是「人有没有留在关键环节里」。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认知外包的代价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水面之上（看得见）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水面之下（看不见）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省下的时间、更快的产出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退化的判断力：遇事先问 AI，不再自己想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拿到现成答案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退化的表达力：离开提示就接不上话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少费脑子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退化的临场力：突发状况越来越慌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来源：Gerlich (2025) / Lee et al. (2025, ACM CHI) / MIT 关于认知外包的相关研究。短期省力，长期省掉的是自己。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四个可为 / 三个不可为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AI 能做（四个可为）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AI 不能替（三个不可为）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帮你想清楚：把问题结构化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替你说那句话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帮你把话说得更好懂：调措辞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替你承诺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陪你预演对方反应：练顺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替你担责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陪你复盘：不评判的搭档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替你共情（真诚必须你自己给）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AI 进回路，不进你的嘴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AI 起草判定卡（8 条）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逐条判断：这件事能不能交给 AI？并补一条你自己的红线。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拿《AI 起草判定卡》，对 8 条行为逐条判「能 / 不能」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把你判断跟同伴对一遍，说清理由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写下一条你自己的红线（我最可能破的那条）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小组汇总：我们组最一致的判定是哪条？最分歧的是哪条？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人在回路：AI 能帮的和不能替的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AI 帮你练，不替你谈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人在回路：AI 能帮的和不能替的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每次问 AI 之前，先自己想一版——哪怕只有三句话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AI 给的方案，至少改一处再用，别原样搬出去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AI 帮你想：谈之前把话想清楚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先想清、再写清、才说清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GROW 梳理对话目标与路径，用 CRISPE 生成高质量提示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现场用 AI 生成一份自己的《对话准备单》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「开口前先找话术」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「开口前先想清目标与事实」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上一次重要对话前，你花了多少时间准备？准备的是什么？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你希望这次谈完「发生什么变化」——说得清吗？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准备三层次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层次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问自己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常见的坑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想清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我要达成什么？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跳过——直接找话术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写清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事实是什么？路径有哪些？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事实与判断混在一起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说清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开场怎么说？最坏怎么接？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只有开场没有预案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多数人的准备只做了第三层，所以「话术总不像自己」——因为前两层根本没做。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GROW 四步：把问题想清楚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关键提问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 目标 Goal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我希望这次谈完，发生什么变化？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现实 Reality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哪些是事实？哪些只是我的判断？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 选项 Options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如果没有任何限制，我还有哪些选择？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W 意愿 Will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我打算先做哪一步？什么时候做？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来源：John Whitmore《Coaching for Performance》。四步围着同一个问题转一圈，不是一份清单。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CRISPE 六要素：把要求提清楚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示例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 角色 Capacity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让 AI 扮谁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「你是一位资深 HRBP」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请求 Request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要它做什么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「帮我生成 3 个开场版本」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 背景 Insight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背景信息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「对方是技术负责人，只关心交付风险」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风格 Style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怎么说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「简洁、口语、不要说教」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 约束 Parameters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限制条件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「每版不超过 3 句」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多方案 Experiment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给几个版本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「一次给我 3 个不同角度」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GROW 想清「要什么」，CRISPE 说清「要什么」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生成我的对话准备单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用 GROW 梳理目标与现实，再用 CRISPE 让 AI 生成开场版本，填成一份你自己的准备单。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写下这次对话的 G 目标（要可观察）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分开写：哪些是事实，哪些是我的判断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列出至少 3 条可选路径（O）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用 CRISPE 让 AI 生成 3 个开场版本，选一个改成自己的话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AI 帮你想：谈之前把话想清楚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AI 给的是草稿，不是台词——最后一定用自己的话重说一遍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AI 帮你想：谈之前把话想清楚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把这周的某一个重要对话，用准备单五字段完整准备一次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准备单是作战地图，不发给对方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AI 陪你练：三场景实战演练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说清楚 ≠ 说赢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 SBI 反馈模型、倾听四层与 NVC 四步完成结构化沟通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完成向下 / 向上 / 平级三类场景各一轮演练，并用 AI 预演对方反应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「把话说得对方无话可说」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「把话说成对方能接住的样子」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你有没有过「赢了道理、输了关系」的经历？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对方开口的第一句，你通常在听第几层？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核心观点：说清楚 ≠ 说赢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说清楚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说赢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目标：让对方愿意继续谈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目标：让对方承认我对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结果：事情往前推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结果：对话结束，事没办成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你赢了道理、对方输了面子，对话就结束了——这不是成功，是任务失败。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SBI 反馈模型：说行为，不评价人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写什么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反例（别这样写）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情境 Situation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何时、何地、何事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「总是」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 行为 Behavior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对方做了什么（可观察）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「不负责」「不积极」（这是判断）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 影响 Impact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造成了什么结果或感受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「你让整个团队都失望」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来源：Center for Creative Leadership (CCL)。B 里不许出现形容词——这是 SBI 的铁律。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倾听四层：先搞清楚你在听第几层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层次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你听到的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结果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下载式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只听自己已知的，等着反驳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原地打转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事实式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听事实、听新信息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信息对齐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同理式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听对方的感受与视角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对方感到被理解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生成式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听到还没说出口的可能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一起找出新路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来源：Otto Scharmer，U 型理论（Theory U）。层次决定结果——你先沉到第几层，对话就走到第几步。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NVC 四步：把对抗变成一起看问题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怎么做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示例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观察 Observation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只讲事实，不评价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「那份数据我催了三次」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感受 Feeling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说出感受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「我有点着急」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需要 Need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找出真实需要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「我需要一个确定的时间点」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请求 Request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具体、可做、可拒绝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「今天下班前能给我个时间点吗？」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来源：Marshall Rosenberg。顺序反了，事情就谈不成——先接情绪，再谈事。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三场景三人组演练（含 AI 陪练）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三人一组（说话方 / 对方 / 观察员），完成三类场景各一轮；每轮前先用 AI 预演对方三种可能反应。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场景 A 向下：给拖延但业务强的下属反馈——用 SBI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场景 B 向上：向拿不定主意的上级争取资源——SBI 向上版 + 倾听四层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场景 C 平级：与强势对接人谈交付边界——用 NVC 四步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每轮前：把准备单喂给 AI，让它给出对方「三种可能反应」，你想好接招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5. 观察员照答题卡 6 项打勾，轮到即换角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AI 陪你练：三场景实战演练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判偏好 / 听情绪 → 排 SBI → 定倾听层 → 再开口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AI 陪你练：三场景实战演练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把今天最难接的那句话，按 SBI 或 NVC 改写一遍，写在下面的空白处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下一次开口前，先问自己：我在听第几层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AI 陪你复盘：把对话变成经验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复盘 ≠ 后悔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AI 复盘四问完成一次结构化复盘（改编自 Kolb 经验学习圈）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把复盘结论转成可兑现的 SMART 承诺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「谈完就散、反复后悔」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「谈完就提炼、下次改一点」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你上一次对话结束后，做了什么？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你有多少次是「当场答应、事后忘了」？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三种「谈完就散」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表现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代价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当场答应了，事后忘了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承诺失效，关系透支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没谈成，事后回避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问题堆积，越躲越大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谈崩了，事后自责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消耗情绪，没有积累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复盘的唯一目的：把「这次发生了什么」变成「下次我会怎么做」。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AI 复盘四问（改编自 Kolb 经验学习圈）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四问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写什么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对应 Kolb 环节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发生了什么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只写事实，不写评价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具体经验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为什么是这样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我卡在哪一步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反思观察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下次改哪一点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只改一点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概念化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我怎么知道改好了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验证信号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主动实验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改编自 David Kolb 经验学习圈（1984）。为什么 AI 适合当复盘搭档：不评判、逼你具体、可给多视角、随时在。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SMART 承诺：把「改一点」变成能兑现的承诺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问自己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具体的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具体做什么动作？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 可衡量的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怎么算做到了？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可达到的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以我的条件，做得到吗？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相关的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跟我的目标相关吗？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T 有时限的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什么时候之前完成？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标准是——别人看得出来你有没有做到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复盘四问 + SMART 承诺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用《对话复盘四问工作纸》复盘模块四那轮演练，把第 3 问转成一条 SMART 承诺。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四问逐条写，第 1 问只写事实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第 3 问只改一点——写具体动作，别写态度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把这「一点」写成 SMART 承诺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两人互读：对方能判断你有没有做到吗？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AI 陪你复盘：把对话变成经验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只改一点，改到能验证——改三点等于没改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AI 陪你复盘：把对话变成经验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把这次复盘的四问结果贴进《30 天 AI 陪练计划表》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下一次对话结束后 10 分钟内完成一次复盘四问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边界与行动：带着一句承诺回岗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用得久、用得稳，靠的是边界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守住 AI 使用的三道护栏，用 SCARF 检查敏感话题的话术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完成一句承诺与 30 天 AI 陪练计划，配对互锁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「凭感觉用 AI」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「带着三道护栏用 AI」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你有没有把不该给 AI 的信息喂给过它？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你有没有说过「这是 AI 建议的」？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三道护栏（本课红线）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护栏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具体做法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保密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不喂员工姓名 / 薪酬绩效 / 未公开人事变动 / 客户机密；先抽象化（「一位入职 3 年的同事」）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事实核对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给的制度条款、数据、案例自己核；法律与制度必查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责任归属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不能说「这是 AI 建议的」——你是签字的人，AI 不担责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三道护栏不是限制，是让你敢长期用下去的前提。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SCARF：敏感话题里先护住对方五感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五感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被踩时会怎样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怎么护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地位 Status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觉得被贬低，立刻防御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先肯定他做对的部分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 确定性 Certainty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不确定就焦虑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提前说清流程与节点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自主 Autonomy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被安排就抵触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给选项，别给命令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关系 Relatedness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觉得被排斥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先建立连接再谈事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F 公平 Fairness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觉得不公平就对抗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把标准说在明处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来源：David Rock (2008)。AI 用法：让 AI 帮你检查——「这段话术踩了对方哪一感？」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一句承诺 + 30 天 AI 陪练计划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写下一句可验证的承诺，两人一组互相说、互为见证，并约定 30 天回查日期。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写一句：回岗后我要改的那个对话动作是什么？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按三要求自检：具体、可听、可查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两人一组互相说一遍，对方当见证人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写下互锁伙伴与 30 天回查日期，填入 30 天计划表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边界与行动：带着一句承诺回岗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承诺 + 见证 + 互锁，才有 30 天后的变化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边界与行动：带着一句承诺回岗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按 30 天 AI 陪练计划表执行：第 1 周准备、第 2 周陪练、第 3 周实战+复盘、第 4 周承诺落地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和见证伙伴约定 30 天后互查：那句改过的说法，用出去了吗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全课程总结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你走过了什么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带走的东西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从谈崩到看清：为什么有的对话越谈越崩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课程地图 + 三个约定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对话的胜负手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失败三源 + 3 秒刹车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人在回路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四个可为 / 三个不可为 + 四条红线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帮你想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一份对话准备单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陪你练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 骨架 + 倾听四层 + NVC 四步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陪你复盘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复盘四问 + SMART 承诺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边界与行动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三道护栏 + 一句承诺 + 30 天计划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AI 帮你想 → AI 陪你练 → AI 陪你复盘；那句话，永远你自己说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全课程 3 个核心收获：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我的终极行动承诺：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附件</w:t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附件一：行动承诺卡汇总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我的承诺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 ☑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对话的胜负手：谈崩，逃不出三个源头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人在回路：AI 能帮的和不能替的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帮你想：谈之前把话想清楚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陪你练：三场景实战演练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陪你复盘：把对话变成经验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边界与行动：带着一句承诺回岗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附件二：核心工具练习页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对话准备单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重要对话前用它准备——五字段填完，开场就不慌了。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字段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我要写的内容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目标（G）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事实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我的判断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可选路径（O）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开场一句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【参考示例】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字段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示例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目标（G）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这周内把接口联调的负责人和节点定下来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事实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需求变更过 2 次；上次联调延期 3 天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我的判断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对方不是不配合，是他们的排期也满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可选路径（O）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双方各让一步定中间节点 ② 拉双方主管拍板 ③ 先做小范围试点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开场一句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「上次延期我知道你们也难——今天只对一件事：下一个节点定在哪天」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SBI 反馈改写页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把你想说却最难说的那句话，按 SBI 骨架改写一遍——说行为，不说评价。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我要写的内容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情境（何时何地何事）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 行为（他做了什么）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 影响（带来什么结果或感受）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【参考示例】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示例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今天上午的评审会上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我讲到第二页时你打断了我 3 次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方案的关键风险点没能讲完，会后又要重开一次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对话复盘四问工作纸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对话结束后 10 分钟内填完——只写事实，只改一点。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四问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我的回答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发生了什么（只写事实）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为什么是这样（我卡在哪一步）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下次改哪一点（只改一点）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我怎么知道改好了（验证信号）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30 天 AI 陪练计划表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四周一条线：准备 → 陪练 → 实战复盘 → 承诺落地。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周次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具体行动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开始日期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1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选一个真实话题，用 GROW + CRISPE 生成准备单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2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让 AI 扮对方，练「三种可能反应」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3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真实谈一次，用复盘四问复盘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4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把结论写成 SMART 承诺并执行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附件三：工具速查卡——核心模型汇总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工具/模型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核心公式/要素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一句话说明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对话失败三源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信息差 · 情绪劫持 · 立场固化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情绪劫持机制源自 Daniel Goleman 的情商研究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人在回路 HITL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生成 → 人判断 → 人决定 → 人担责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Parasuraman &amp; Riley (1997)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认知外包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省下的时间 ↔ 退化的判断力 / 表达力 / 临场力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Gerlich (2025) / Lee et al. (2025, ACM CHI)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GROW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目标 Goal → 现实 Reality → 选项 Options → 意愿 Will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John Whitmore《Coaching for Performance》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CRISPE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角色 · 请求 · 背景 · 风格 · 约束 · 多方案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提示词六要素框架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 反馈模型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情境 Situation + 行为 Behavior + 影响 Impact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Center for Creative Leadership (CCL)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倾听四层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下载式 → 事实式 → 同理式 → 生成式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Otto Scharmer，U 型理论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NVC 非暴力沟通四步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观察 → 感受 → 需要 → 请求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Marshall Rosenberg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复盘四问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发生了什么 → 为什么 → 下次改哪一点 → 怎么验证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改编自 David Kolb 经验学习圈（1984）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SMART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具体 · 可衡量 · 可达到 · 相关 · 有时限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George Doran (1981)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SCARF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地位 · 确定性 · 自主 · 关系 · 公平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David Rock (2008)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AI 帮你练，不替你谈；那句话，永远你自己说。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附件四：30天行动计划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周次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具体行动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开始日期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1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选一个真实话题，用 GROW + CRISPE 生成准备单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2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让 AI 扮对方，练「三种可能反应」并想好接招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3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真实谈一次，谈完 10 分钟内做复盘四问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4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把复盘结论写成 SMART 承诺，和互锁伙伴互查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附件五：课程评估反馈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评估维度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评分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准备单的实用性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 / 倾听四层 / NVC 的可操作性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三场景演练贴近实际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陪练环节的收获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讲师引导与点评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整体满意度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我最想对讲师说的话：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我最想推荐给同事的一个工具：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推荐理由：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800" w:before="0"/>
      </w:pPr>
      <w:r>
        <w:rPr>
          <w:sz w:val="12"/>
        </w:rPr>
      </w:r>
    </w:p>
    <w:p>
      <w:pPr>
        <w:spacing w:after="120" w:before="0" w:line="832" w:lineRule="exact"/>
        <w:jc w:val="center"/>
      </w:pPr>
      <w:r>
        <w:rPr>
          <w:rFonts w:ascii="SimHei" w:hAnsi="SimHei" w:eastAsia="SimHei"/>
          <w:b/>
          <w:i w:val="0"/>
          <w:color w:val="013147"/>
          <w:sz w:val="52"/>
        </w:rPr>
        <w:t>对话领导力 · AI 辅助高影响对话</w:t>
      </w:r>
    </w:p>
    <w:p>
      <w:pPr>
        <w:spacing w:after="160" w:before="0" w:line="576" w:lineRule="exact"/>
        <w:jc w:val="center"/>
      </w:pPr>
      <w:r>
        <w:rPr>
          <w:rFonts w:ascii="SimHei" w:hAnsi="SimHei" w:eastAsia="SimHei"/>
          <w:b/>
          <w:i w:val="0"/>
          <w:color w:val="8DC643"/>
          <w:sz w:val="36"/>
        </w:rPr>
        <w:t>AI 帮你练，不替你谈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AI 帮你想清楚，陪你练顺，陪你复盘一遍；但走到对方面前、把那句话说出口的，永远是你。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spacing w:after="200" w:before="160" w:line="384" w:lineRule="exact"/>
        <w:jc w:val="center"/>
      </w:pPr>
      <w:r>
        <w:rPr>
          <w:rFonts w:ascii="Microsoft YaHei" w:hAnsi="Microsoft YaHei" w:eastAsia="Microsoft YaHei"/>
          <w:b w:val="0"/>
          <w:i/>
          <w:color w:val="8DC643"/>
          <w:sz w:val="24"/>
        </w:rPr>
        <w:t>AI 帮你练，不替你谈——那句话，永远你自己说。</w:t>
        <w:br/>
        <w:br/>
        <w:t>Coursemaster 出品</w:t>
      </w:r>
    </w:p>
    <w:p>
      <w:pPr>
        <w:spacing w:after="120" w:before="0" w:line="352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我的最后笔记：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