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3 · 准备工具箱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对话准备单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模块三用 · GROW + CRISPE · 五字段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使用说明：本件配合模块三「AI 帮你想：谈之前把话想清楚」使用。重要对话之前，先用 GROW 想清目标与现实，再用 CRISPE 让 AI 生成开场版本，最后填成一份属于你自己的「作战地图」。准备单是给自己用的，不发给对方。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对话对象（可用代号）____________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主题____________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计划对话时间____________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五字段准备单（先自己填，再问 AI）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字段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我的内容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目标（G）：这次谈完，我希望发生什么变化？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事实：哪些是客观发生的事实？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我的判断：哪些只是我的解释或推测？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可选路径（O）：我有哪几条路可以走？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开场一句：我第一句准备怎么说？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GROW 四步自检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关键提问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G 目标 Goal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我希望这次谈完，发生什么变化？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R 现实 Reality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哪些是事实？哪些只是我的判断？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O 选项 Options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如果没有任何限制，我还有哪些选择？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W 意愿 Will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我打算先做哪一步？什么时候做？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来源：John Whitmore《Coaching for Performance》。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CRISPE 提示词六要素（要 AI 生成开场时用）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我这次怎么写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 角色 Capacity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 AI 扮谁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R 请求 Request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要它做什么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I 背景 Insight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背景信息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 风格 Style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怎么说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P 约束 Parameters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限制条件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E 多方案 Experiment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一次给几个版本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AI 生成的开场版本（让它给 3 版，你选 1 版改成自己的话）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版本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AI 生成的内容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我要怎么改成自己的话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版本 1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版本 2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版本 3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最坏情况预案（对方不按剧本走时）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对方可能的反应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我准备怎么接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（例）直接拒绝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（例）转移话题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（例）情绪化反驳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（我的预判）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/>
          <w:i w:val="0"/>
          <w:color w:val="8DC643"/>
          <w:sz w:val="20"/>
        </w:rPr>
        <w:t>提示：AI 给的是草稿，不是台词——最后一定用自己的话重说一遍。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对话准备单（配合《对话领导力 · AI辅助高影响对话》模块三使用，独立分发件）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