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5 · 复盘工具箱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对话复盘四问工作纸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模块五用 · 改编自 Kolb 经验学习圈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使用说明：本件配合模块五「AI 陪你复盘：把对话变成经验」使用。对话结束后 10 分钟内填完。第 1 问只写事实不写评价——这一条守住，复盘就不会变成自责。四问框架改编自 David Kolb 经验学习圈（1984）。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对话对象（可用代号）____________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场景____________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复盘四问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 Kolb 环节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发生了什么（只写事实，不写评价）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具体经验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为什么是这样（我卡在哪一步）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反思观察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下次改哪一点（只改一点，写具体动作）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概念化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我怎么知道改好了（验证信号）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主动实验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DC643"/>
          <w:sz w:val="20"/>
        </w:rPr>
        <w:t>提示：第 3 问只改一点——改三点等于没改。不要写「我要更耐心」，要写「下次在他发言前，我先停 3 秒再回应」。</w:t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只改一点 · 改写练习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空话（态度式）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改成（动作式）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我要更耐心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我要会倾听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我要把话说清楚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（我自己的一句空话）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SMART 承诺（把「改一点」变成能兑现的承诺）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具体的（做什么动作）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M 可衡量的（怎么算做到了）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可达到的（以我的条件做得到吗）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相关的（跟我的目标相关吗）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有时限的（什么时候之前完成）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来源：George Doran (1981)。标准是——别人看得出来你有没有做到。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我的复盘结论（一句话）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这次对话，我下次一定改的那一点是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对话复盘四问工作纸（配合《对话领导力 · AI辅助高影响对话》模块五使用，独立分发件）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