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CONVERSATIONAL LEADERSHIP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对话领导力 · AI辅助高影响对话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看清失败 + 划清边界 + 想清楚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对话失败三源（Goleman 杏仁核劫持）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失败三源</w:t>
            </w:r>
          </w:p>
        </w:tc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本质</w:t>
            </w:r>
          </w:p>
        </w:tc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典型信号</w:t>
            </w:r>
          </w:p>
        </w:tc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该用什么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信息差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双方掌握的事实不一致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「你怎么会不知道？」「我以为你清楚」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讲清事实（唯一能靠"说清"解决的）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情绪劫持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情绪系统接管了理性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声调变、翻旧账、沉默、脸沉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先接情绪（NVC 四步），别讲道理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立场固化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在争"谁对"，不是"怎么办"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「必须按我的来」「你根本不懂」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把"谁对"换成"怎么办"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人在回路：四个可为 / 三个不可为（Human-in-the-Loop）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位置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AI 可以做什么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你不能让它做什么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想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帮你把模糊诉求理清楚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—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备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给你框架、清单、备选答案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—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练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扮演对方，陪你练接招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—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复盘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做不评判的复盘搭档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—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共情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（AI 做不到真共情）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不能替你说"我理解你"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承诺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（承诺要你兑现）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不能替你做承诺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担责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（后果你承担）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不能替你担责任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GROW 准备法（Whitmore《Coaching for Performance》）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步骤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含意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关键提问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G · Goal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这次对话要达成什么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「谈完你最希望有什么不同？」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 · Reality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现在真实情况（事实 / 判断分开）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「哪些是事实？哪些是你的判断？」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O · Options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有哪些可能路径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「还有别的可能吗？各自代价是什么？」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W · Will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先做哪一步、什么时候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「你决定先做哪一步？什么时候？」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CRISPE 提示词结构（公共提示词框架）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字母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要素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你要交代什么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C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能力与角色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扮演谁（如「资深管理教练」）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请求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我具体要什么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I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背景信息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关系、历史、约束（最关键的一层）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任务陈述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最终产出什么形式、多长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P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语气风格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像我会说的话，不要官腔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E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要求多方案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 3 个方向供我选（不做"唯一答案"）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CONVERSATIONAL LEADERSHIP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对话领导力 · AI辅助高影响对话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练 + 复盘 + 守护栏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SBI 反馈模型（Center for Creative Leadership）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要素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含意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例句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 · Situation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何时、何地发生的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「昨天下午的项目评审……」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B · Behavior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具体行为（不许出现形容词）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「你没来，也没提前说」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I · Impact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带来的实际影响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「三个部门白等了半小时」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倾听四层（Otto Scharmer《Theory U》）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层次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你在做什么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典型表现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 下载式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只听我已知的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「我就知道他会这么说」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 事实式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听事实、听新信息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「原来他是这么想的」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 同理式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听感受与视角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「如果我是他，我也会火」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4 生成式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听到新的可能性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「我们一起看到一个新做法」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⑦ NVC 四步（Marshall Rosenberg《非暴力沟通》）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步骤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你要说什么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例句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观察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只讲事实，不加评判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「这个交付，你们已经催了三次」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感受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说出（对方的）感受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「我感觉你很着急，也很失望」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需要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找出感受背后的需要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「你需要的是时间上有个准信，对吗？」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请求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具体、可做、可拒绝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「我下班前先给你一个明确时间点，行吗？」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⑧ AI 复盘四问（改编自 Kolb 经验学习圈）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四问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对应 Kolb 阶段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你要写什么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发生了什么？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具体经验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只写事实：我说了什么、对方反应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为什么是这样？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反思观察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我在第几层听？哪句话触发防御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下次改哪一点？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抽象概念化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只改一点（不是"我要更耐心"）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④ 我怎么知道改好了？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主动实验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用什么信号验证？谁反馈给我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⑨ AI 使用三道护栏 + SCARF（David Rock）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护栏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不能做什么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替代做法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保密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不喂员工姓名 / 薪酬绩效 / 未公开人事变动 / 客户机密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先抽象化：「一位入职 3 年的同事」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事实核对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不直接采用 AI 给的制度条款 / 数据 / 案例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自己核：法律、制度、行业数据必查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责任归属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不能说"这是 AI 建议的"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你是签字的人，AI 不担责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维度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含义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对话中的做法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 · Status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是否觉得被贬低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不当众批评；先肯定价值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C · Certainty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是否知道接下来会怎样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明确流程、时间点、后果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 · Autonomy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是否还有选择权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给选项，不给命令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 · Relatedness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是否觉得你是"自己人"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先建立联结，再谈问题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F · Fairness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是否觉得被公平对待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规则一致，不针对个人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随身口诀：AI 帮你想（GROW+CRISPE）· AI 陪你练（SBI+倾听四层+NVC）· AI 陪你复盘（四问+SMART）；守三道护栏（保密 / 事实核对 / 责任归属）。记住一句：AI 可以帮你把话说清楚，但没办法替你把话说真诚——那句话，永远你自己说。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核心工具速查卡（配合《对话领导力 · AI辅助高影响对话》课程使用）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