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rPr>
          <w:sz w:val="12"/>
        </w:rPr>
      </w:r>
    </w:p>
    <w:p>
      <w:pPr>
        <w:spacing w:after="80" w:before="0" w:line="704" w:lineRule="exact"/>
        <w:jc w:val="center"/>
      </w:pPr>
      <w:r>
        <w:rPr>
          <w:rFonts w:ascii="SimHei" w:hAnsi="SimHei" w:eastAsia="SimHei"/>
          <w:b/>
          <w:i w:val="0"/>
          <w:color w:val="013147"/>
          <w:sz w:val="44"/>
        </w:rPr>
        <w:t>对话领导力 · AI 辅助高影响对话</w:t>
      </w:r>
    </w:p>
    <w:p>
      <w:pPr>
        <w:spacing w:after="80" w:before="0" w:line="416" w:lineRule="exact"/>
        <w:jc w:val="center"/>
      </w:pPr>
      <w:r>
        <w:rPr>
          <w:rFonts w:ascii="SimHei" w:hAnsi="SimHei" w:eastAsia="SimHei"/>
          <w:b w:val="0"/>
          <w:i w:val="0"/>
          <w:color w:val="888888"/>
          <w:sz w:val="26"/>
        </w:rPr>
        <w:t>Conversational Leadership with AI</w:t>
      </w:r>
    </w:p>
    <w:p>
      <w:pPr>
        <w:spacing w:after="200" w:before="0" w:line="512" w:lineRule="exact"/>
        <w:jc w:val="center"/>
      </w:pPr>
      <w:r>
        <w:rPr>
          <w:rFonts w:ascii="SimHei" w:hAnsi="SimHei" w:eastAsia="SimHei"/>
          <w:b/>
          <w:i w:val="0"/>
          <w:color w:val="8DC643"/>
          <w:sz w:val="32"/>
        </w:rPr>
        <w:t>讲师手册 · FACILITATOR GUIDE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AI 帮你练，不替你谈；那句话，永远你自己说。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84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4"/>
        </w:rPr>
        <w:t>1 天 / 7 小时 · 模块 0–6 · 学练合一</w:t>
      </w:r>
    </w:p>
    <w:p>
      <w:pPr>
        <w:spacing w:after="20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配套：授课级 PPT + 学员手册 + 本手册 + 核心工具带走件 + 7 份 handout</w:t>
      </w:r>
    </w:p>
    <w:p>
      <w:pPr>
        <w:spacing w:after="8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版本 v1.0 · Coursemaster 出品</w:t>
      </w:r>
    </w:p>
    <w:p>
      <w:pPr>
        <w:spacing w:after="80" w:before="0" w:line="320" w:lineRule="exact"/>
        <w:jc w:val="center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本手册仅供授课讲师使用，含引导话术、练习答案与控场提示。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一门教管理者「把高影响对话谈成」并把 AI 用成助力的实战课。主线一句话：AI 帮你想 → AI 陪你练 → AI 陪你复盘；那句话，永远你自己说。课程先让学员看清对话为什么会谈崩（失败三源），再划清人机边界（人在回路），然后用三个动作把 AI 用起来：谈前想清楚、谈中有人陪你练、谈后陪你复盘。讲师角色：不做理论宣讲，做「演练的设计者与点评者」——把 AI 当教具，把课堂当练习场。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 天 AI 陪练计划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handout 分发件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课前自评表 / 归因表 / 判定卡 / 准备单 / 情景卡答题卡 / 复盘工作纸 / 30天计划表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活动时发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开场与约定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对话的胜负手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帮你想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陪你练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110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陪你复盘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边界与行动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整合+行动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合计 395 min（约 6.6 小时）+ 收官 10 min + 休息/机动，一天 7 小时可完整落地；结构化演练占比 ≈ 50%。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【物料准备清单】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授课级 PPT（提前试放映，确认微软雅黑字体）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学员手册（按人数 + 10% 备）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便签纸 / 马克笔（开场匿名便签与承诺用）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《课前自评表》打印（开课前 3-5 天发；课堂回收汇总，模块一导入、模块六复测）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《对话失败三源归因表》每位学员 1 份（模块一用）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《AI 起草判定卡》每位学员 1 份（模块二用，8 条消息）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《对话准备单》每位学员 1 份（模块三用）★独立分发件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《三场景情景卡 + 答题卡》每组 1 套（模块四演练用）★独立分发件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《对话复盘四问工作纸》每位学员 1 份（模块五用）★独立分发件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《30 天 AI 陪练计划表》每位学员 1 份（模块六用）★独立分发件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课后工具包带走件（速查卡 + 30 天计划，结课发）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翻页笔；计时器（每组演练严格控时）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小组岛形座位，便于两人 / 三人组练习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便利贴墙（模块一起承诺、模块六收承诺用）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学员需带手机或电脑（AI 是课堂教具，现场要能调用）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适合三人组演练的安静角落与稳定网络（模块四用 AI 陪练）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模块开场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开场与约定：为什么有的对话越谈越崩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类型：破冰 + 定调　｜　时长：15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用三个问题唤起学员对「对话失败」的真实体感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建立课堂三个约定，明确 AI 在本课的定位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开场三问：现象层 / 感受层 / 代价层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匿名便签：写一次没说清的对话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便签纸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课程地图与三个约定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一句话自我介绍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无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开场三问：① 你最近一次「谈崩了」的对话是什么？（现象）② 谈崩时你什么感觉？（感受）③ 如果每次都谈崩，代价是什么？（代价）——三问由浅入深，建立学习动机。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匿名便签：请每位学员写下「一次没说清的对话」，不署名贴墙——降低开口门槛，也为全天提供真实素材。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课程地图：看清失败（模块一）→ 划清边界（模块二）→ 三个动作：AI 帮你想（三）/ AI 陪你练（四）/ AI 陪你复盘（五）→ 守边界行动（六）。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三个约定：① 练习优先——今天不是来听讲的，是来练的；② 安全域——演练中可以随时喊停，不逼任何人暴露隐私；③ 手机当教具——请把手机拿出来，AI 是本课的课堂工具，不是干扰。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全课主线先立住：AI 帮你想 → AI 陪你练 → AI 陪你复盘；那句话，永远你自己说。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话术：开场不要讲道理，先问。三问用举手 / 同桌互答的方式迅速铺开，30 秒内让全场开口。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话术：便签环节强调「不署名」，讲师自己也写一张，做个示范。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话术：课程地图快速过，重点圈出模块四（110 min）——告诉大家这是全天的重心。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话术：三个约定用一句话一个，讲完立刻请学员把手机放到桌上，形成仪式感。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话术：全课金句在此埋第一次：「AI 帮你练，不替你谈；那句话，永远你自己说。」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今天你带来的那个「没说清的对话」，最卡在哪一步？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 AI 能帮你一个忙，你最希望它帮哪个？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这课是不是教我用 AI 写话术？：不全是。AI 只是帮手，主线是「对话能力」本身——先会谈，再谈怎么用 AI 谈得更稳。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我不用 AI，只学对话可以吗？：可以，前两模块和第四模块的核心演练不依赖 AI。但模块三、五会用到，建议跟着跑一遍再决定。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课上要暴露我的真实难处吗？：不需要。匿名便签、演练场景都可以用「一位同事」这类抽象对象，安全域约定一直有效。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学员迟迟不开口：讲师先分享自己的一个失败案例，把水位拉平。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有人对「用 AI」明显抵触：不当场说服，先请他当观察员，模块二讲完红线后再问他的看法。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转场：为什么对话会崩？不是你不会说话——是三个源头，你可能一个都没看见。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对话的胜负手：谈崩，逃不出三个源头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类型：认知　｜　时长：45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说出对话失败的三源（信息差 / 情绪劫持 / 立场固化）并能自我归因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掌握身体预警信号与「3 秒刹车」动作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导入：一次谈崩的完整回放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对话失败三源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 + 归因表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杏仁核劫持：情绪占线，理性掉线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身体预警 + 3 秒刹车（STOP）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练习：三源归因 + 小测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归因表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对话失败三源（可引用，来源：Daniel Goleman 情商研究）：① 信息差——两人掌握的事实不同，却都以为自己知道全部；② 情绪劫持——情绪先到，理性掉线；③ 立场固化——不是不理解对方，是已经站定了位置，不想动。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杏仁核劫持（Goleman）：当感到威胁，大脑的杏仁核会先接管，负责理性的前额叶暂时掉线——这不是修养差，是生理反应。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身体预警信号：颈肩发紧 / 呼吸变浅 / 声音变高 / 脸发烫 / 想立刻反驳——身体比嘴巴更早知道「情绪来了」。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3 秒刹车（STOP）：S 停一下（不急着回话）→ T 吸一口气（把呼吸拉长）→ O 观察（对方在什么情绪里）→ P 再开口（先说感受，再说事）。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刹车不是示弱，是把主动权拿回来——晚 3 秒开口，不是为了输，是为了不输掉整场对话。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话术：导入用一次完整回放（讲师自己的真实案例），让学员看见三源是怎么叠加的。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话术：三源不要让学员背，让学员对号入座——「你最常掉进哪一个？」现场举手统计，兴趣立刻起来。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话术：讲杏仁核劫持时强调「这是生理反应，不是道德问题」，卸掉学员的自我指责。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话术：身体预警环节请学员现场感受自己此刻的呼吸和肩颈，把抽象变具身。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话术：3 秒刹车配一个现场小演练：两人一组，一人说挑衅的话，另一人只做 STOP 不回应——体验「止住」的力量。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你最常掉进的三源里哪一个？上一次是什么场景？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你的身体预警信号是什么？找到它，就找到了刹车点。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刹车只有 3 秒，够吗？：3 秒是拉回理性的最短窗口。真正管用的是「意识到达」——你一察觉到身体报警，就已经赢了一半。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对方情绪比我大，我先刹有用吗？：有用。情绪是会传染的，你先稳住，对方的杏仁核也会更快降下来——刹车是对整场对话负责。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三源里哪个最难改？：立场固化最难，因为它涉及面子和身份。所以本课后面用倾听四层和 NVC 专门拆这一层。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学员陷入「那次真把我气死了」的复述：共情一句后，迅速拉到结构——「那次你掉进了哪一源？」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有人认定「是对方的问题」：不反驳，转成练习——归因表只填「我的部分」。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转场：看清三源，你以为接下来该学「怎么把 AI 用起来」了？先等一下——AI 能帮到哪一步，不能替你做哪一步，必须先划清。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人在回路：AI 能帮的和不能替的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时长：55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理解人在回路（Human-in-the-Loop）的分工原则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 AI 能帮的四件事与不能替的三件事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导入：AI 给的答案，你敢直接用吗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 HITL：为什么要「回路」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认知外包的代价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四个可为 / 三个不可为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 + 判定卡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练习：AI 起草判定卡（8 条）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判定卡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人在回路（Human-in-the-Loop，来源：Parasuraman &amp; Riley, 1997）：AI 负责生成与建议，人负责判断与决定——人始终留在关键环节里，不是被替代，而是被增强。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自动化依赖（automation complacency）：人一旦长期依赖自动化建议，警觉性会下降——AI 越顺手，人越容易不假思索地采纳。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认知外包（cognitive offloading，来源：Gerlich 2025 / Lee et al. 2025, ACM CHI / MIT 相关研究）：把思考交给 AI，短期省时间，长期省掉的是自己的判断力、表达力、临场力。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能帮的四件事：① 帮你把问题想清楚（结构化）；② 帮你把话说得更容易被听懂（措辞）；③ 帮你预演对方的可能反应（陪练）；④ 帮你事后复盘（不评判的搭档）。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不能替的三件事：① 不能替你说那句话；② 不能替你承诺；③ 不能替你担责。红线再加一条：不能替你共情——真诚必须你自己给。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一句话记住：AI 进回路，不进你的嘴。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话术：导入用一个「AI 给的答案直接用了、结果踩雷」的小案例，说明为什么要有「回路」。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话术：HITL 不要讲成学术概念，落到「谁拍板、谁负责」——学员立刻懂。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话术：认知外包用冰山图讲：水面上是「省下的时间」，水面下是「退化的判断力、表达力、临场力」。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话术：四个可为 / 三个不可为写成左右对照，先让学员自己分类，讲师再给答案。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话术：判定卡练习（10min）8 条真实行为，逐条判「能 / 不能」，并让学员补一条自己的红线。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回想过去一个月，你有没有把本该自己想的事，直接外包给 AI？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四条红线里，你最可能破的是哪一条？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AI 生成的内容，用之前要不要标来源？：要。事实核对是三道护栏之一——制度、数据、法律条款必须自己核，不能直接引用 AI 的说法。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让 AI 帮我写，是不是显得我不行？：不。善于用工具是专业。只要判断和决定还是你做的，AI 就是你的助力而不是替身。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如何防止自己越用越懒？：两个动作：每次先自己想一版再问 AI；AI 给的方案至少改一处再采用。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学员问「那我到底还能不能用 AI」：回答是「能，而且鼓励——但要留在回路里」，别把边界讲成禁令。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有人炫耀 AI 多强：接住，然后追问「这四条红线你都守住了吗」，把话题拉回责任。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转场：边界划清了。现在开始用它——第一件事：谈之前，让 AI 帮你把话想清楚。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AI 帮你想：谈之前把话想清楚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GROW 梳理对话目标与路径，用 CRISPE 生成高质量提示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现场用 AI 生成一份自己的《对话准备单》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导入：准备三层次（想清 / 写清 / 说清）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四步：把问题想清楚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CRISPE 六要素：把要求提清楚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现场生成：对话准备单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对话准备单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准备单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准备三层次：想清（我要达成什么）→ 写清（事实有哪些、路径有哪些）→ 说清（开场怎么说、最坏怎么接）。多数人跳过前两层直接找话术——所以话术总「不像自己」。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GROW（来源：John Whitmore《Coaching for Performance》）：G 目标（这次对话要达成什么）、R 现实（事实是什么、我的判断是什么）、O 选项（有哪些可能路径）、W 意愿（先做哪一步、什么时候）。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GROW 关键提问：G「我希望这次谈完，发生什么变化？」R「哪些是事实，哪些是我的判断？」O「如果没有任何限制，我还有哪些选择？」W「我打算先做哪一步？」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CRISPE 六要素（提示词框架）：Capacity 角色（让 AI 扮谁）、Request 请求（要它做什么）、Insight 背景（背景信息）、Style 风格（怎么说）、Parameters 约束（限制条件）、Experiment 多方案（给几个版本）。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的用法：把 GROW 梳理出的目标与现实喂给 AI，用 CRISPE 提出要求，让它生成 3 个开场版本——你选一个，改成自己的话。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现场生成对话准备单五字段：目标 / 事实 / 我的判断 / 可选路径 / 开场一句。这就是本模块的产出物。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话术：导入讲透「三层次」——这是本模块的骨架，学员会拿它对照自己平时的准备方式。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话术：GROW 用循环图讲，强调四步是「围着同一个问题转一圈」，不是线性的清单。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话术：CRISPE 六要素逐条给例子：特别是「Experiment 多方案」——一上来就要 3 个版本，避免被单一答案锁死。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话术：现场生成是本模块的高潮（22min）：每人用手机跑一遍，讲师巡场帮着调提示词。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话术：互评环节（12min）两人一组互看准备单，检查「目标是否可观察、开场是否像自己的话」。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话术：提醒：AI 生成的是草稿不是台词——最后一定要用自己的话重说一遍。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你的准备单里，最难填的是哪一栏？（多数人：我的判断 vs 事实）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AI 给的 3 个版本，你留下了哪个？为什么？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提示词写不好怎么办？：先用 CRISPE 六要素对齐，再迭代。第一遍一定不完美——AI 的作用就在「快出错、快改」，改三轮就顺了。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GROW 和 CRISPE 什么关系？：GROW 帮你想清「要什么」，CRISPE 帮你把「要什么」准确说给 AI 听。一个是内功，一个是招式。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准备单要不要给到对方？：不要。它是你自己的作战地图，对方看到反而会紧张。地图是给自己用的。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网络 / AI 不可用：备一份离线模板，让学员手写准备单，效果折扣但流程不中断。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有学员直接抄 AI 输出：立刻喊停，要求「用自己的话重写开场句」，哪怕只有一句。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转场：准备单有了，话也想清了。但真到现场，对方一开口就不按剧本走——所以，最该练的不是准备，是开口。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AI 陪你练：三场景实战演练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时长：110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SBI 反馈模型、倾听四层与 NVC 四步完成结构化沟通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针对向下 / 向上 / 平级三类场景各完成一轮实战演练，并用 AI 预演对方反应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导入：说清楚 ≠ 说赢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反馈模型：说行为，不评价人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 + 练习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倾听四层：先搞清楚你在听第几层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 + 练习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NVC 四步：接住情绪，把对抗变一起看问题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 + 案例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三场景三人组演练（向下 / 向上 / 平级）⭐⭐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情景卡+答题卡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小结与转场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核心观点：说清楚 ≠ 说赢——说清楚是让对方愿意继续跟你谈。你赢了道理、对方输了面子，对话就结束了，这不是成功，是任务失败。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SBI 反馈模型（来源：Center for Creative Leadership, CCL）：S 情境（何时何地）+ B 行为（对方做了什么）+ I 影响（造成了什么后果）。铁律：B 里不许出现形容词——「不负责」「不积极」都是判断，不是行为。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倾听四层（来源：Otto Scharmer, U 型理论 / Theory U）：① 下载式（只听自己已知的）② 事实式（听事实、听新信息）③ 同理式（听感受与视角）④ 生成式（听到新的可能性）——层次决定结果。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NVC 非暴力沟通四步（来源：Marshall Rosenberg）：观察（只讲事实）→ 感受（说出感受）→ 需要（找出真实需要）→ 请求（具体、可做、可拒绝）。顺序反了，事情就谈不成——先接情绪，再谈事。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三场景演练：A 向下（给拖延但业务强的下属反馈，用 SBI）/ B 向上（向拿不定主意的上级争取资源，SBI 向上版 + 倾听四层）/ C 平级（与强势对接人谈交付边界，用 NVC 四步）。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演练规则：三人组（说话方 / 对方 / 观察员），每人必须当一次说话方；观察员用答题卡 6 项打勾（开场说清目的 / B 无形容词 / 听到感受 / 给出具体请求 / 有刹车动作 / 有明确下一步）。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陪练用法：把《对话准备单》喂给 AI，让它扮演对方，先给出「对方最可能的三种反应」，你针对每种反应想好接招话术，再真实开口。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教学信念：说清楚不是说赢，是把话说成对方能接住的样子——这是专业，不是讨好。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话术：本模块是全课最高强度，110 分钟必须严格控时，每个环节到点喊停。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话术：SBI 用「评价 vs 描述」对照练习切入：给一句伤人话，学员按 SBI 重写，全班念出来对比——B 里有形容词就退回改。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话术：倾听四层用同一个场景贯穿四层（「这活没法干」），让学员从「说的人」的感受里理解层次差异。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话术：NVC 用极端场景（对方拍桌子）证明威力：接住情绪，对方才坐下来谈事。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话术：演练（30min）三人组轮转，观察员照答题卡逐项打勾；讲师巡场，抓一个典型做全班示范。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话术：AI 陪练环节现场演示一遍：把准备单喂给 AI，让它输出「对方三种可能反应」，学员当场看到效果。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话术：点评原则：先问「你听到对方什么感受」，再看话术——别急着改措辞，先补倾听。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三轮演练下来，你觉得最难的是什么？（多数人：临场判断对方的情绪）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你今天说的哪一句话，回去就能说得更好？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感觉 SBI 好机械，像念模板：第一遍一定机械，练到十遍以后就成肌肉记忆。SBI 是骨架不是台词——它的作用是保证你「说行为不说评价」，不是说得多好听。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对方就是不讲理怎么办？：先确认你在听第几层——你可能还停在下载式。往下沉一层，听他真正在意什么，路常常就出来了；沉不下去，就先用 3 秒刹车。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AI 扮演对方，会不会太理想化？：有可能。所以让它一次给「三种可能反应」，包括不好的那种；你也可以把真实对方的一句话喂进去，让 AI 据此发挥。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演练时间不够：宁可少练一组，也不压缩「复盘点评」——复盘才是学习发生的地方。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学员情绪被卷入真实冲突：暂停、降温，重申安全域，随时可喊停。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有人演成念稿：鼓励先说真实想法，再套 SBI / NVC 改一遍，不要背模板。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转场：谈完了，事情就结束了吗？没有——对话的价值，一半在当场，一半在事后。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AI 陪你复盘：把对话变成经验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　｜　时长：55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AI 复盘四问完成一次结构化复盘（改编自 Kolb 经验学习圈）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把复盘结论转成可兑现的 SMART 承诺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导入：对话结束了，事情还没结束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复盘四问（改编自 Kolb）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 + 工作纸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SMART 承诺：把「下次改哪一点」变成能兑现的承诺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 + 练习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小结与转场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三种「谈完就散」：① 当场答应了，事后忘了；② 没谈成，事后回避；③ 谈崩了，事后自责——复盘的唯一目的，是把「这次发生了什么」变成「下次我会怎么做」。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复盘 ≠ 后悔：后悔是反复回放情绪（「我是不是说错了」），复盘是提取可迁移的经验。前者消耗，后者积累。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复盘四问（改编自 David Kolb 经验学习圈 1984：具体经验→反思观察→概念化→主动实验）：① 发生了什么（只写事实，对应具体经验）② 为什么是这样（我卡在哪一步，对应反思观察）③ 下次改哪一点（只改一点，对应概念化）④ 我怎么知道改好了（验证信号，对应主动实验）。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关键：第 3 问只改一点——改三点等于没改。多数人复盘失败，就是想一次改太多。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为什么 AI 适合当复盘搭档：不评判、逼你具体、可给多视角、随时在。红线：AI 不能替你下结论（「你就是沟通能力不行」），它只能帮你「看清」，判断还是你的。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SMART 承诺（来源：George Doran, 1981）：S 具体的 / M 可衡量的 / A 可达到的 / R 相关的 / T 有时限的——标准是「别人看得出来你有没有做到」。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话术：导入区分「后悔」和「复盘」，这是本模块的认知转折点——用一个「总在后悔但从没变好」的真实案例。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话术：复盘四问明确标注「改编自 Kolb」，逐问讲清对应关系，让学员看到这是有理论根的。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话术：第 3 问是重点：现场做「只改一点」的练习——把三句空话（「我要更耐心」）改成一句具体动作。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话术：AI 复盘演示：现场让 AI 扮演「不评判的复盘搭档」，一次只问一个问题——学员看到效果立刻想用。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话术：SMART 用「空承诺 vs SMART 承诺」对照，学员当场把书面语改成动作语。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话术：练习（10min）学员复盘自己在模块四演练的那一轮对话，两人互读第 3 问。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你的复盘，第 3 问改的那一点，够具体吗？别人看得出来你有没有做到吗？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你的验证信号是什么？没有验证信号的承诺，等于没承诺。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复盘会不会变成自我批评？：会——如果第 1、2 问写成了情绪宣泄。记住：第 1 问只写事实不写评价，这一条守住，复盘就不会变成自责。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为什么只改一点？：因为人的注意力有限。改三点，三点都做不到；改一点，做成了再改下一点——这是复利。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AI 复盘和日记有什么区别？：日记是你写给自己看，AI 复盘是它会追问你——「你说的『更好』具体是什么动作？」这个追问，就是它的价值。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学员复盘写成流水账：用四问结构框住——每一问只写一到两句。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有人反复自责：打断，把第 2 问的「为什么」从「我太笨」改成「我卡在哪一步」。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转场：复盘完，你会得到一个「下次改哪一点」。但用 AI 用得久、用得放心，还有最后一道关——边界。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边界与行动：带着一句承诺回岗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类型：整合 + 行动　｜　时长：45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守住 AI 使用的三道护栏，用 SCARF 检查敏感话题的话术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完成一句承诺与 30 天 AI 陪练计划，配对互锁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三道护栏：保密 / 事实核对 / 责任归属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SCARF：敏感话题里先护住对方五感（Rock）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一句承诺 + 30 天 AI 陪练计划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计划表 + 承诺卡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全天收官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三道护栏（本课红线）：① 保密——不喂员工姓名 / 薪酬绩效 / 未公开人事变动 / 客户机密，先抽象化（「一位入职 3 年的同事」）；② 事实核对——AI 给的制度条款、数据、案例自己核，法律与制度必查；③ 责任归属——不能说「这是 AI 建议的」，你是签字的人，AI 不担责。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SCARF 模型（来源：David Rock, 2008）：S 地位、C 确定性、A 自主、R 关系、F 公平——五感任一个被踩，对方就会进入防御。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SCARF 的 AI 用法：让 AI 帮你检查——「这段话术踩了对方哪一感？」专业措辞不等于不伤人。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 AI 陪练计划（四周）：第 1 周选一个真实话题，用 GROW + CRISPE 生成准备单；第 2 周让 AI 扮对方练「三种可能反应」；第 3 周真实谈一次，用复盘四问复盘；第 4 周把结论变成 SMART 承诺并执行。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伙伴互锁：找一位同伴互相当「验证人」——你的承诺别人看得见，才更容易做到。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一句承诺三要求：具体（做什么）、可听（对方能听到）、可查（能验证有没有做到）。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话术：三道护栏必须讲透——这是合规底线，可结合学员公司的信息安全规定加强说服力。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话术：用三个真实踩线案例（姓名绩效喂 AI / 照发 AI 编的制度 / 措辞不当引发集体情绪）让后果具体化。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话术：SCARF 把五个词翻译成具体做法，并现场做一个「用 AI 检查话术」的演示。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话术：一句承诺是全天情感落点：3-5 人宣读，全班见证——公开承诺的兑现率远高于私下写写。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话术：计划表发出后，请学员当场填第一周动作，并交换互锁伙伴联系方式。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话术：收官金句留白 2 秒，再结课——呼应开场，形成闭环。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今天你带走的四样东西，哪一个回去马上就会用？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30 天后，你希望自己的对话有什么不一样？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一句承诺真的有用吗？：一个人容易忘，两个人互相盯着就不同。承诺 + 见证 + 互锁，才有 30 天后的变化。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公司明令禁止用 AI 怎么办？：那就不用在公司事务上。本课的对话能力（三源 / SBI / 倾听四层 / NVC / 复盘四问）不依赖 AI 也能独立使用。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三道护栏对个人也一样吗？：一样，而且更该守。哪怕只是把自己的私事喂给 AI，也要想清楚哪些信息不该给出去。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时间不够：压缩 SCARF，保住三道护栏与承诺环节——一个保合规，一个保落地。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学员承诺太笼统（「我要好好沟通」）：拉回三要求——具体、可听、可查，改到能验证为止。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第三部分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课程地图、部分案例页、概念导入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模块四三场景演练（110 min）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模型讲解页、话术库页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+ CRISPE 现场生成准备单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附录索引、小结页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三道护栏、一句承诺与互锁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原则：模块四（AI 陪你练）是全天重心（110 min），时间绝不外借；模块三的「现场生成对话准备单」是 AI 用起来的第一个真实体验，必须保；概念页可口头带过。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开场：匿名便签写「一次没说清的对话」，贴墙、不署名，降门槛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模块三：每人用手机/电脑现场跑一遍 GROW + CRISPE，生成自己的对话准备单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模块四：三人组（说话方 / 对方 / 观察员），两轮换角，观察员照答题卡打勾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模块四 AI 陪练：让 AI 扮演对方，先给「三种可能反应」，再真实开口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模块五：两人一组互读复盘四问的第 3 问，检查「改的这一点够不够具体」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模块六：两人一组互说「一句承诺」，互为见证，交换联系方式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所有演练配计时器，到点喊停；留静默缓冲，尊重情绪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Q：「AI 会不会替我把话说错、把事情搞砸？」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A：会——所以本课划了四条红线：不让 AI 替你说那句、替你承诺、替你担责、替你共情。AI 只做三件事：帮你想清楚、陪你练顺、陪你复盘一遍。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Q：「把工作内容喂给 AI，会不会泄密？」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A：会，所以模块六给了三道护栏：保密（人名、薪酬绩效、人事变动、客户机密先抽象化）、事实核对（制度、数据、法律条款自己核）、责任归属（不能说「这是 AI 建议的」）。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Q：「我口才不好，学这个有用吗？」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A：正因为口才不好才更有用。全程没有一个字教你「口若悬河」，教的都是准备、结构和复盘——这三样练得出来，且比天赋可靠。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Q：「AI 生成的话术，说出来不像我自己。」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A：提醒学员：AI 给你的是草稿不是台词。先用 GROW 想清目标，再用 CRISPE 生成素材，最后一定用自己的话重说一遍——那句话，必须你自己说。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Q：「复盘听起来很费时间，实际会做吗？」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A：四问 + SMART 全套 10 分钟能完成。关键是第 3 问只改一点——改三点等于没改。配上 30 天计划表和伙伴互锁，回岗后会真的做。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【收尾仪式】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请学员写下「一句承诺」（具体·可听·可查），3-5 人宣读，全班见证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两人一组互锁的伙伴交换联系方式，约定 30 天后的回查日期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提醒带走上具包：核心工具速查卡 + 30 天 AI 陪练计划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结课金句收尾：「AI 帮你练，不替你谈；那句话，永远你自己说。」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全程提醒三条线：保密 · 事实核对 · 责任归属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