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PRE-ASSESSMENT · 课前自评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对话领导力自评表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开课前 3-5 天填写 · 课后 30 天同表复测（四维度 · 15 题）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说明：本表帮你梳理自己在「对话领导力」五个维度上的现状——谈前准备、情绪与刹车、倾听与反馈、AI 使用、复盘与行动。开课前 3-5 天填写，带着结果进课堂；课程结束 30 天后，用同一张表复测，对比变化。本表只用于自我觉察，不评分、不排名、不作任何评价依据。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评分说明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请对每一句描述，按你的真实习惯打分：</w:t>
      </w:r>
    </w:p>
    <w:p>
      <w:pPr>
        <w:spacing w:after="12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1 = 完全不像我　2 = 比较不像　3 = 一般　4 = 比较像　5 = 非常像我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对话前准备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重要对话之前，我会先想清楚「这次谈完希望发生什么变化」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我会把「事实」和「我的判断」分开写下来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我很少在毫无准备的情况下进入一场重要对话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对话前准备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情绪与刹车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我能察觉到自己「情绪上来了」的身体信号（呼吸变浅、声音变高）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在被激怒时，我能先停下来，不立刻回话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情绪过后，我会回想当时为什么不冷静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情绪与刹车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倾听与反馈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对方说话时，我能先听完，再给判断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我反馈问题时，说的是具体行为，而不是评价对方这个人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我能听出对方话里的情绪，而不只是表面的字面意思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倾听与反馈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 使用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我用 AI 之前，会先自己想一版方案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我清楚哪些信息不该交给 AI（人名、薪酬绩效、机密）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我不会直接照读 AI 生成的内容，而会改成自己的话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使用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复盘与行动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重要对话结束后，我会做一次复盘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我的复盘能得出「下次改哪一点」这样的具体结论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我会把对话经验变成可验证的行动承诺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复盘与行动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总分与解读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满分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这一项偏低时，可以留意什么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对话前准备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容易临场被带跑——多用 GROW + CRISPE 做准备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情绪与刹车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容易情绪先到理性掉线——练身体预警 + 3 秒刹车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倾听与反馈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容易说赢了道理输了关系——练 SBI + 倾听四层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AI 使用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容易全信或不用——记住人在回路与三道护栏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复盘与行动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容易谈完就散——用复盘四问 + SMART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75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本表不判优劣 —— 只帮你看清「我现在在哪」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我最想改变的一件事（填写）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现状（我现在的习惯）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目标（30 天后我希望变成）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请把本表带到课堂——你的五项得分，是模块一到模块六的输入，也是模块六「30 天 AI 陪练计划」的起点。课程结束 30 天后，用同一张表复测。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课前自评表（课前 3-5 天发 / 课后 30 天复测同一份）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