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Delegation &amp; Performance 授权与绩效面谈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凡事亲力亲为，交出去又忍不住收回来，团队长不大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交代任务只说一句「你去跟进一下」，出了问题只能怪下属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绩效面谈要么不谈、要么攒到年底一次算总账，一谈就崩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这不是教你「把人管住」，而是教你——把事交清楚（授权），把人谈明白（绩效），并让两者拧成一个闭环。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开场与授权诊断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授权四象限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什么该授权、什么不该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决策矩阵 + 情境领导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六步授权法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授权的跟进与纠偏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授权刻度尺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绩效面谈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七阶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授权×绩效闭环图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放下评判——说错是今天最划算的事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动手练，不只是听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带走一次真实授权 + 一次真实面谈的行动计划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伙伴同行，30 天后互相查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开场与授权诊断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从「我自己扛」到「团队能扛」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识别自己在授权上的错配象限（保姆型 / 甩手型 / 过度掌控 / 对的人做错事）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说清背后四个心魔，并找到个人改进靶心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「自己扛」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「团队扛」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本周有哪件事，我本想交出去，最后又自己扛回来了？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如果下属能把这件事独立做完，我能省下多少时间？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管理者的产能杠杆：团队能力之和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老王是团队里最能干的人，凡事亲力亲为，加班最多、授权最少。一年后团队没人能独立担事，他自己累到极限，业绩却卡住了。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管理者产能 = 个人能力上限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管理者产能 = 团队能力的总和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你的上限，不是你能干多少，是你能让别人干多少。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四个心魔：你不敢交的真正原因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心魔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底层担忧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破解方向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怕出错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出事了谁负责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用边界 + 检查点管风险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怕失控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我不清楚进度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用约定好的检查点代替随时盯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怕显不出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这事只有我能证明我强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把价值放在团队成绩上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怕人做不好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他能力不够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看情境与人，不看标签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不是「不想交」，是「不敢交」。破解不是更努力，是换机制。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授权四象限：找到你的错配方向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代价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保姆型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什么都自己做，不放心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团队无成长、自己累死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甩手型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交了就消失，不设检查点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出事才发现、返工重来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过度掌控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交了却每一步都要管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下属没空间、只剩执行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对的人做错事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把高成长机会交给不合适的人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挫败打击、机会浪费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自我诊断：我的授权象限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回顾最近一个月你手里的事，逐项判断：它是「该交没交」还是「不该交硬交」？对号入座到四象限。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我手里的一件事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本该交给谁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卡在哪个心魔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象限归属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开场与授权诊断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自己扛 → 团队扛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开场与授权诊断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今天起，挑一件「本想自己扛」的事，写下它本该交给谁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给自己的一个错配象限起个名字，之后每天自查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什么该授权、什么不该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责任不能授权，只有任务可以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运用决策矩阵（风险 × 成长价值）判断一件事该不该授权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区分可授权与不可授权，理解「责任不能授权」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「凭感觉交」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「按矩阵交」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我平时决定要不要交出去，靠的是直觉还是标准？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我团队里有哪些事，交出去既能省钱又能让人成长？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授权决策矩阵：做错代价 ÷ 成长价值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 × 成长价值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策略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例子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【高险 · 高成长】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⚠️ 陪跑式授权（给资源 + 设检查点）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让有潜力者首次谈大客户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【高险 · 低成长】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⛔ 自己做（或只交部分环节）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年度目标、重要合同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【低险 · 高成长】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✅ 优先授权（培养高潜最佳区）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新人独立交付小项目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【低险 · 低成长】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✅ 直接放手（错了也无所谓）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整理纪要、更新台账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别问「愿不愿意交」，问「代价多大、成长多高」。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情境领导：按事不按人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成熟度（逐级升级）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带法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D4 成熟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意愿能力都高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授权型：放手交出去，按时同步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D3 有能力要支持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能独立但没底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支持型：给资源去托，你决定我鼓励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D2 没意愿有能力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会做但不想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教练型：多问多鼓励，给方向一起理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D1 有意愿没能力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热情但不会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指令型：手把手带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（自下而上逐级升级）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同一人在不同任务上阶段不同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按事不按人——看这个人做这件事的成熟度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同一个人，做 A 事可能是 D4，做 B 事却是 D1——成熟度看事不看人。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责任边界：四类不交清单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不交的事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为什么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绩效评价与人事决定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涉及他人切身利益，需你担责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敏感冲突处理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需要权威与公正立场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高风险合规事项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一旦出事后果不可逆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需你本人背书的决策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别人无权代表你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任务分拣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从任务卡中挑出你团队真实存在的 6 件事，逐张判断该不该交、交给谁、用什么档位。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任务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该交吗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交给谁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初期档位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什么该授权、什么不该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责任不能授权，只有任务可以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什么该授权、什么不该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把「低风险 + 高成长」的事列一张清单，本周先交一件出去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给自己立规矩：人事 / 合规 / 需我背书的决策，绝不外授权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DELEGATE 六步授权法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把事说清楚，再交出去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把模糊指令改写成一份清晰、可交付、可追踪的授权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诊断自己最常漏掉哪一步，并现场改写一条真实任务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「一句话丢出去」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「六步说清楚」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我上一次交代任务，说清楚「标准」和「为什么」了吗？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我的下属，有没有过「以为懂了、做出来却不是我要的」？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六个要素：交太少 / 交太多都不行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交太少 → 对方猜，做出来不是你要的；交太多 → 你等于自己做一遍，不如不交。恰到好处的交，是六步。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授权 = 交任务 + 交标准 + 交边界 + 交支持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DELEGATE 六步流程：七问自检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步（按顺序推进）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关键问句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D 定任务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需要你完成〔任务〕，因为〔原因〕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E 讲标准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做成的标准是：数据 + 时间 + 格式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L 划边界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你能决定什么，什么必须我确认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E 明期望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做成会看到什么结果？怎么判断做成了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G 给支持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这件事上我可以给你〔具体资源〕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A 达共识 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你说说看，你要做的事和标准是什么（让对方复述）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⑦ T 定跟进 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我们每周三同步，遇到红线立刻找我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「你跟进一下这个客户。」（任务、标准、边界全无）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「这周联系 3 家老客户，周五前给我回访表，话术我发你，客户不满意随时找我，周三我们对一次。」（六步齐全）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烂指令改造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把下面这条粗指令，用 DELEGATE 六步改写成一份清晰授权，同桌互评是否「对方拿着就能动手」。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原指令：「你跟进一下这个客户。」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依次补齐 D/E/L/E/G/A/T 七要素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同桌检查：标准可衡量吗？有约定跟进点吗？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挑出最常被漏的一步，全班分享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我的改写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定任务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讲标准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划边界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明期望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给支持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达共识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定跟进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DELEGATE 六步授权法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从「一句话丢出去」到「六步说清楚」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DELEGATE 六步授权法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挑一件本周要交出去的真实任务，用六步写全，再当面交代一次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刻意练习：交代完，一定让对方复述一遍（A 步）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授权的跟进与纠偏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跟进而非盯人，降档而非收权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用授权刻度尺（五档）判断放手程度是否匹配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为一件真实任务设计检查点，把跟进做成陪伴而非监视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「盯人抽查」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「陪伴跟进」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我的跟进，是「确保不卡住」还是「想知道他在干什么」？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出了一次问题之后，我第一反应是收权还是降档？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跟进 ≠ 盯人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小李天天问进度，下属感觉被监视、失去主动性；老王完全不管，出了问题才知道方向早偏了。好的跟进是「陪伴」——设好检查点，一起看卡点。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跟进的目的不是「我知道你在干什么」，是「确保这件事不会卡住」。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授权刻度尺：放手五档（逐级升高）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档位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适用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 你全权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你决定，事后同步即可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低风险 + 成熟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 你定我确认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你决定，但需我点头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低风险 + 较成熟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 一起决定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你我共同讨论后定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中等风险 + 有一定能力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 我定你建议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我决定，但先听你意见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风险较高 + 成长中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我决定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我决定，你执行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高风险 + 新人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（放手程度自下而上递增）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五档不是越高越好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找匹配这一人、这一事的那一档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五档不是越高越好——找匹配这一人、这一事的那一档。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三种翻车场景：降档纠偏，不是收权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错误反应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正确反应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进度滞后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把事收回来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降半档，一起找卡点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质量不达标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换人重做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加检查点，给支持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方向跑偏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骂一顿了事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降档纠偏，对齐标准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可控的失败，是成长的学费。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为你的任务设计检查点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回想模块三你写的那件真实任务，为它设计 3 个检查点，并写出每个检查点的支持式问法。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检查点（何时）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看什么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我会怎么问（支持式）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启动后第 __ 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方向对不对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中期第 __ 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进度 + 卡点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交付前 __ 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标准达标吗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授权的跟进与纠偏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跟进而非盯人，降档而非收权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授权的跟进与纠偏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给本周交出去的任务，设一个「提前约定」的检查点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把脑子里的「做了没」改成一句支持式问法并说出口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PERFORM 绩效面谈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对事实、谈选项、促行动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PERFORM 七阶组织一次有事实、有共识、有行动的面谈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区分绩效面谈与教练对话，知道什么时候用哪一个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「攒着谈 / 凭感觉」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「有结构地谈」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我上一次绩效面谈，是就事论事，还是变成了人身评价？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我是「平时谈」，还是「攒到年底一次算总账」？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三个陷阱：为啥面谈一谈就崩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陷阱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积攒式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平时不谈，年底一次算总账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对方震惊、关系崩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评判式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「你这人就是……」，谈人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激起防御，谈不下去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带着火气开谈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对事变成对人，双输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绩效面谈谈事，不谈人；平时谈，不攒着。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PERFORM 七阶流程：完整结构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阶（按顺序推进）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关键动作 / 话术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P 做准备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准备事实 + 标准 + 目标；不带事实不进面谈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E 建氛围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「今天聊聊这段时间的工作，也想听你的想法」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R 对事实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「我观察到……」代替「你总是……」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F 找焦点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「先把最关键的这两点谈透，其他后面聊」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O 谈选项 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「你觉得可以从哪里着手改善？」先问对方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⑥ R 定共识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改什么 + 怎么改 + 到什么时候，三点收敛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⑦ M 促行动 ⭐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「我可以帮你〔支持〕；下周再对一次进展」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「你最近表现不行，得改改。」（无事实、无共识、无行动）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「上周 3 个客户回访漏了 2 个（事实），我们看看卡在哪（焦点），你觉得怎么补（选项），下周三前补齐（共识），我帮你排开时间（行动）。」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绩效面谈 vs 教练对话：怎么选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情境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用哪个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关键区别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有明确标准 + 有差距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绩效面谈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要谈事实、谈结果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无对错 + 想做得更好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促他自己想、不评判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既有差距又想发展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先面谈，再教练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顺序：先绩效事实，再谈发展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三个难谈场景（角色扮演）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三人一组：管理者 / 下属 / 观察员。选一个场景，用 PERFORM 七阶谈一遍，观察员重点看「对事实」和「谈选项」。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难点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老员工连续迟到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资历深，不好直说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项目延期，借口是资源不够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推责，事实与解释混杂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业绩尚可但不思进取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没大错，却也不成长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对事实：我用的是事实，不是印象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谈选项：我先问了他，再给建议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定共识：三点（改什么 / 怎么改 / 到何时）都落地了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PERFORM 绩效面谈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对事实 → 谈选项 → 定共识 → 促行动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PERFORM 绩效面谈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下次面谈前，先写下三个事实再进会议室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把「你总是……」从你嘴里永久删除，改成「我观察到……」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把两条线拧成一个闭环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画出「授权 × 绩效」闭环图，把六个模块串成一条线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制定一份具体到人、事、时间与标准的行动计划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「两件事分开做」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「一条闭环」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如果有一个下属的绩效面谈让我发怵，往回追，我会追到哪一次授权？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今天我带走的三句话，哪一句最戳我？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一页闭环图：六个模块的位置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闭环环节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事前判断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 · 决策矩阵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判断该不该交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交出去那一刻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 · DELEGATE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定任务…定跟进（T）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交出去之后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 · 刻度尺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降档纠偏、支持式跟进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出问题 / 到期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 · PERFORM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对事实·谈选项·促行动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↺ 谈完之后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回到模块三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重新授权，闭环开始新一轮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授权的质量，决定绩效面谈的难度。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DELEGATE × PERFORM：前后咬合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DELEGATE 定下的标准（E），就是面谈时「对事实」（R）的对照依据；DELEGATE 约定的跟进（T），就是面谈前要「做准备」（P）的事实来源。事前越清晰，事后越好谈。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授权 → 跟进 → 面谈 → 再授权 = 成长飞轮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我的行动计划（一次授权 + 一次面谈）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填写一份行动计划，具体到人、事、时间与标准；同桌互相挑刺：这个人具体吗？这个标准可衡量吗？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部分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交给谁 / 什么事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六步要点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用什么档位 / 检查点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和谁谈 / 聚焦议题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我带去的三个事实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授权 × 绩效 = 成长飞轮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明天做一次真正的授权：具体的人 + DELEGATE 六步 + 一个检查点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本月做一次绩效面谈：带去三个事实，练「对事实」与「谈选项」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核心能力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从…到…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自己扛 → 团队扛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授权决策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凭感觉交 → 按矩阵交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一句话丢出去 → 六步说清楚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跟进与纠偏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盯人抽查 → 陪伴跟进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面谈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攒着谈 → 有结构地谈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两件事分开做 → 一条闭环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认知 → 决策 → 方法 → 跟进 → 面谈 → 闭环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开场与授权诊断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什么该授权、什么不该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六步授权法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授权的跟进与纠偏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绩效面谈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工具一：授权决策矩阵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判断一件事该不该授权——风险（做错代价）× 成长价值。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我手里的一件事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风险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成长价值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该交吗 / 策略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工具二：DELEGATE 六步授权模板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把一件事交清楚——七问过一遍，对方拿着就能动手。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定任务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讲标准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L 划边界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明期望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 给支持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达共识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定跟进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工具三：检查点设计表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跟进不失控——提前约定节点，用支持式问法。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检查点（何时）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看什么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支持式问法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工具四：PERFORM 七阶面谈准备表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面谈前准备——把七阶的关键动作逐项预演一遍。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我的准备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 做准备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建氛围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对事实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找焦点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谈选项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定共识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 促行动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授权四象限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保姆型 / 甩手型 / 过度掌控 / 对的人做错事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四个心魔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怕出错·怕失控·怕显不出·怕人做不好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见模块一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授权决策矩阵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风险 × 成长价值 → 四种策略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情境领导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D1-D4 成熟度 → 指令/教练/支持/授权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DELEGATE 六步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D→E→L→E→G→A→T（A 复述收口）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见模块三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授权刻度尺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我决定 → 5 你全权（五档）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检查点设计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提前约定 + 节点清晰 + 支持式问法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见模块四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PERFORM 七阶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P→E→R→F→O→R→M（对事实·谈选项）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见模块五 ⭐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授权×绩效闭环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 → 跟进 → 面谈 → 再授权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见模块六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你带走的不是一门课，是一个闭环。从明天那一次授权开始，让它转起来。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场景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一次授权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一次面谈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伙伴互查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工具可操作性（六步/七阶）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Delegation &amp; Performance 授权与绩效面谈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结业不是终点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你带走的不是一门课，是一个闭环。30 天后，看你团队自己独立闭环了几件事。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一条行为改变曲线：认出来 → 交得清 → 跟得住 → 谈得透 → 闭环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模块一 · 开场与授权诊断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模块二 · 什么该授权、什么不该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模块三 · DELEGATE 六步授权法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模块四 · 授权的跟进与纠偏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模块五 · PERFORM 绩效面谈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模块六 · 整合与行动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课程的结束，正是你实践的起点。从明天那一次真正的授权开始。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