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DELEGATION TASK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授权任务卡 · 15 张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模块二分拣用 · 判断「该我 / 该授权 / 该授权但需陪跑」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使用说明（讲师）：本件配合模块二「任务分拣」环节使用（15 min）。每组发一套 15 张任务卡，学员判断每张卡属于：**该我**（自己做）/ **该授权**（可以交）/ **该授权但需陪跑**（交，但要给资源、设检查点）。先个人判断 5 min → 小组对齐 5 min，找出分歧最大的 2-3 张 → 全班讨论分歧卡。互动问题："为什么有些卡大家判断不一致？分歧的核心，是不是风险评估不一样？"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授权任务卡（沿虚线剪开，每组一套）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680"/>
        <w:gridCol w:w="5102"/>
        <w:gridCol w:w="34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任务卡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我的判断（该我/该授权/需陪跑）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给新客户做首次方案汇报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整理周会纪要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决定团队年度目标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处理老员工长期迟到问题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更新工作台账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与核心供应商谈价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7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给下属做绩效评级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8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撰写部门季度总结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9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处理客户投诉的首次响应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10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组织一次团队内部培训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决定本季度预算分配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对接一个新供应商的日常联络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审核下属提交的报销单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决定是否招聘新员工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15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跟进一个项目的日常进度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分歧卡记录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551"/>
        <w:gridCol w:w="1814"/>
        <w:gridCol w:w="1814"/>
        <w:gridCol w:w="3005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分歧最大的卡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多数人选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少数人选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分歧的核心是什么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授权任务卡 15 张（配合《授权与绩效面谈》模块二使用）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