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20" w:before="0"/>
      </w:pPr>
      <w:r>
        <w:rPr>
          <w:sz w:val="12"/>
        </w:rPr>
      </w:r>
    </w:p>
    <w:p>
      <w:pPr>
        <w:spacing w:after="80" w:before="0" w:line="704" w:lineRule="exact"/>
        <w:jc w:val="center"/>
      </w:pPr>
      <w:r>
        <w:rPr>
          <w:rFonts w:ascii="SimHei" w:hAnsi="SimHei" w:eastAsia="SimHei"/>
          <w:b/>
          <w:i w:val="0"/>
          <w:color w:val="013147"/>
          <w:sz w:val="44"/>
        </w:rPr>
        <w:t>Delegation &amp; Performance 授权与绩效面谈</w:t>
      </w:r>
    </w:p>
    <w:p>
      <w:pPr>
        <w:spacing w:after="200" w:before="0" w:line="512" w:lineRule="exact"/>
        <w:jc w:val="center"/>
      </w:pPr>
      <w:r>
        <w:rPr>
          <w:rFonts w:ascii="SimHei" w:hAnsi="SimHei" w:eastAsia="SimHei"/>
          <w:b/>
          <w:i w:val="0"/>
          <w:color w:val="8DC643"/>
          <w:sz w:val="32"/>
        </w:rPr>
        <w:t>讲师手册 · FACILITATOR GUIDE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授权的质量，决定绩效面谈的难度——事前交得清，事后才谈得透。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84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888888"/>
          <w:sz w:val="24"/>
        </w:rPr>
        <w:t>1 天 / 7 小时 · 6 模块 · 学练合一</w:t>
      </w:r>
    </w:p>
    <w:p>
      <w:pPr>
        <w:spacing w:after="20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配套：授课级 PPT + 学员手册 + 本手册 + 核心工具带走件</w:t>
      </w:r>
    </w:p>
    <w:p>
      <w:pPr>
        <w:spacing w:after="8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版本 v1.0 · Coursemaster出品</w:t>
      </w:r>
    </w:p>
    <w:p>
      <w:pPr>
        <w:spacing w:after="120" w:before="200" w:line="320" w:lineRule="exact"/>
        <w:jc w:val="center"/>
      </w:pPr>
      <w:r>
        <w:rPr>
          <w:rFonts w:ascii="Microsoft YaHei" w:hAnsi="Microsoft YaHei" w:eastAsia="Microsoft YaHei"/>
          <w:b w:val="0"/>
          <w:i/>
          <w:color w:val="888888"/>
          <w:sz w:val="20"/>
        </w:rPr>
        <w:t>本手册仅供授课讲师使用，含引导话术、练习答案与控场提示。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第一部分 · 课程总览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【课程定位】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一门把「事前授权」和「事后绩效面谈」拧成闭环的实战课。目标不是让学员听懂，而是让学员在课上就完成一次真实的 DELEGATE 授权改写、一次完整的 PERFORM 面谈演练，并带走 6 件工具卡与 1 份 30 天行动计划。讲师角色是「设计练习场 + 引导反思」，而非「讲授者」。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【工具包构成（四件一套）】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物料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用途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谁用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何时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授课级 PPT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讲师投影、模型与活动呈现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学员手册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学员课中写、带走练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本讲师手册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控场 timing / 话术 / 答案 / 救场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备课+授课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核心工具带走件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速查卡 + 30天计划，带走件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课前+课后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【时间分配总表】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主题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时长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类型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开场与授权诊断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认知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什么该授权、什么不该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决策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DELEGATE 六步授权法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方法 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授权的跟进与纠偏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跟进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PERFORM 绩效面谈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方法 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六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整合与行动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收口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合计 390 min（6.5 小时）+ 机动 = 一天 7 小时，含午休与两次茶歇；结构化授课约 6–6.5H。练习占比按「压讲解腾演练」重平衡，课程级 PART04 演练 ≈ 36%（+话术 rehearsal）。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【物料准备清单】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授课级 PPT（提前试放映，确认微软雅黑字体）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学员手册（按人数 + 10% 备）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便签纸 / 马克笔（破冰与公约用）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任务卡打印（15 张/组，模块二分拣用）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烂指令样例卡（模块三改造用）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《PERFORM 七阶观察表》每组 1 份（模块五演练用）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课后工具包带走件（速查卡+30天计划，结课发）</w:t>
      </w:r>
    </w:p>
    <w:p>
      <w:pPr>
        <w:spacing w:after="8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【设备与场地】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投影 + 翻页笔；计时器（每组演练严格控时）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小组岛形座位，便于两人/三人组练习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白板或便利贴墙（贴任务分拣分歧卡、Top3 卡点）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演练用场景卡与案例卡（模块五三个难谈场景）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模块一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开场与授权诊断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类型：认知　｜　时长：60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识别自己的授权错配象限与背后的心魔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找到个人改进靶心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导入：硬扛反例破题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学习目标 + 学习公约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便签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产能杠杆 + 四个心魔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四象限诊断 + 三个判断维度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13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自我诊断：授权象限图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个人+小组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误区+迁移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用举手投票制造冲突：本周有哪件事你本想交、最后又自己扛了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管理者的产能上限 = 团队能力的总和，不是个人能力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四个心魔：怕出错/怕失控/怕显不出/怕人做不好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四象限错配：保姆型/甩手型/过度掌控/对的人做错事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判断三问：代价大吗·能学到什么·我有多少时间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开场白：『今天这门课不教你把人管住，而是教你怎么把事交清楚、还能拿回结果。』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破冰用「最难交出去的一件事」，召回真实痛点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诊断活动走动观察，挑 2-3 位错配类型不同的学员分享，保证全场覆盖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【收尾 Debrief 问句】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你的错配靶心是哪一类？它让团队付出了什么代价？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那次如果交出去、你只设了检查点，会怎样？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四个心魔的破解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不是「更努力」，是「换机制」——用边界、检查点、透明化替掉「我亲自来」。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【卡点救场】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学员说「我的活没法交」：引导用决策矩阵逐格看，多数是错配不是不能交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班型偏静：诊断活动改「先写后说」，降低开口门槛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转场：认出错配，接下来看——到底什么该交、什么绝对不能交？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模块二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什么该授权、什么不该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类型：决策　｜　时长：60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运用决策矩阵判断一件事该不该授权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区分可授权与不可授权，理解责任不能授权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导入：交什么·交给谁·交几分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四个心魔破解 + 案例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决策矩阵 + 四格策略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情境领导 SLII 四阶段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责任边界 + 四类不交清单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任务分拣（15 张卡）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小组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判断三问 + 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授权判断 = 做错代价 ÷ 成长价值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四格（风险×成长）：自己做 / 陪跑授权 / 优先授权 / 直接放手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情境领导 D1→D4 逐级升级：按事不按人，看同一人在这个任务上的成熟度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责任不能授权，只有任务可以；不授权 ≠ 不让参与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四类不交：绩效人事/敏感冲突/合规红线/需你背书的决策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重点讲「低险高成」这一格——很多管理者这格是空的，是最大浪费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任务分拣个人先判断、小组后对齐，抓分歧最大的 2-3 张全班讨论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情境领导讲「按事不按人」时举例：同一人做 A 事 D4、做 B 事 D1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【收尾 Debrief 问句】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为什么「低风险+高成长」的事，即使自己做更快也要交出去？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分歧卡的根子，是不是风险评估不一样？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决策矩阵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代价越小、成长越大 → 越该授权。别问「愿不愿意交」，问「代价多大、成长多高」。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责任边界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可以让人参与过程，但决定权和责任在你；人事决定是最典型的不能交。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【卡点救场】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分拣分歧过大：说明判断没有标准答案但有标准维度，回扣两维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学员把「不授权」理解成「不让碰」：澄清参与权 vs 决定权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转场：想清楚该交什么，接下来就是最关键的问题——怎么交？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模块三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DELEGATE 六步授权法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类型：方法 ⭐　｜　时长：75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把模糊指令改写成一份清晰、可交付、可追踪的授权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诊断自己最常漏掉哪一步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导入：指令太粗，问题不在下属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六个要素 + 交太少/交太多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DELEGATE 六步（D/E/L/E/G/A/T）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重写示例（粗指令→完整授权）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七问自检口诀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烂指令改造（活动）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个人+小组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授权 = 交任务 + 交标准 + 交边界 + 交支持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六步按顺序推进：①D 定任务 ②E 讲标准 ③L 划边界 ④E 明期望 ⑤G 给支持 ⑥A 达共识 ⑦T 定跟进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最常漏、最关键：⑥A（让对方复述）和 ⑦T（约定跟进）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D 定任务（含为什么）/ E 讲标准（可衡量）/ L 划边界（权限·预算·时间）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授权前 2 分钟过一遍七问，省掉后面 2 天返工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逐字母讲，每步配一句话术公式和常见陷阱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重写示例用「你跟进一下这个客户」逐步展开，冲击力最强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烂指令改造重点抓「漏 A（复述）」——几乎每份都会漏，是最好的教学点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【收尾 Debrief 问句】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六步里你最容易漏哪一步？漏掉的代价是什么？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如果时间只够做一步，你会做哪一步？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为什么复述最有效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复述能立刻暴露理解偏差，比你说十遍都管用——性价比最高的一步。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标准要可衡量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用具体标准代替形容词：不说「做好一点」，说「准确率 100%、周五前、用公司模板」。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【卡点救场】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学员改写仍偏粗：要求「写成对方拿着就能动手」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超时：个人改 8 分钟硬控，未完作课后，优先保小组点评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转场：交出去了，然后呢？——事情交出去之后，才是管理者真正的功课。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模块四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授权的跟进与纠偏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类型：跟进　｜　时长：60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用授权刻度尺判断放手程度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为真实任务设计检查点，把跟进做成陪伴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导入：撒手 vs 盯人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跟进 ≠ 盯人 + 案例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授权刻度尺（五档）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三种翻车场景 + 降档纠偏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检查点设计（活动）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个人+小组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跟进目的不是「我知道你在干什么」，是「确保这件事不会卡住」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授权刻度尺五档（放手程度逐级升高）：1 我决定→2 我定你建议→3 一起决定→4 你定我确认→5 你全权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五档不是越高越好，找匹配的那一档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出问题时不收权，降档纠偏：进度滞后/质量不达标/方向跑偏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检查点三特点：提前约定、节点清晰、聚焦支持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刻度尺讲「同任务、不同人、不同档」——这是「按事不按人」的真正含义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三种翻车场景强调「把事收回来」是最糟的反应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检查点设计互评重点看：节点是否提前约定？问法是否支持式？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【收尾 Debrief 问句】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你的跟进是「陪伴」还是「监视」？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出问题时，你的第一反应是收权还是降档？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降档纠偏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出问题时不收权，降半档增加跟进频率、一起找卡点；可控的失败是成长的学费。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支持式问法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不问「做了没」，问「现在最卡的是哪一环？我能帮什么？」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【卡点救场】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学员把检查点设成「随时抽查」：强调必须提前约定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问法写成检查式：现场改写一句支持式问法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转场：事前交得清、事中跟得好，授权才算完整。接下来换个战场——绩效面谈。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模块五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PERFORM 绩效面谈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类型：方法 ⭐　｜　时长：75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 PERFORM 七阶组织一次有事实、有共识、有行动的面谈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区分绩效面谈与教练对话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导入：面谈谈的是事不是人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三个陷阱 + 谈崩案例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9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PERFORM 七阶（P/E/R/F/O/R/M）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重写示例（谈崩→有共识）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绩效面谈 vs 教练对话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三个难谈场景（角色扮演）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3人组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绩效面谈谈事，不谈人；平时谈，不攒着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三个陷阱：积攒式/评判式/情绪式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PERFORM 七阶按顺序推进：①P 做准备 ②E 建氛围 ③R 对事实 ④F 找焦点 ⑤O 谈选项 ⑥R 定共识 ⑦M 促行动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最关键：③对事实（用事实而非印象）+ ⑤谈选项（先问对方）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绩效面谈 ≠ 教练对话：有标准和差距→面谈；无对错想更好→教练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铁律：不带事实，不进面谈——事实是模块三 DELEGATE 定下的标准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七阶重点讲 R（对事实）和 O（谈选项），这是学员最弱的两阶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角色扮演重点观察：对事实是否用事实、谈选项是否先问对方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【收尾 Debrief 问句】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七阶里你最常跳过哪一阶？代价是什么？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眼前这场对话，该用面谈还是教练？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对事实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用「我观察到……」代替「你总是……」，把事实和评价分开，事实无法反驳。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区分两种对话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切换信号：有没有明确的标准和差距？有→面谈；无→教练。顺序：先谈绩效事实，再谈发展。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【卡点救场】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角色扮演变争吵：观察员喊停，拉回「对事不对人」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跳过 O 直接给命令：提醒「先问对方，再给建议」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转场：授权是把事交好，绩效面谈是把人谈透。最后一步——把两条线拧成一个闭环。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模块六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整合与行动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类型：收口　｜　时长：60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画出授权×绩效闭环图，串联两个核心模型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制定一次授权+一次面谈的行动计划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导入：面谈的根子在几个月前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一页闭环图 + 案例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DELEGATE × PERFORM 合体 + 飞轮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行动计划（活动）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个人+同桌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一句话承诺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全班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课程总结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核心洞察：授权的质量，决定绩效面谈的难度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一页闭环图（四个环节）：①决策矩阵→②DELEGATE→③刻度尺→④PERFORM，谈完回到模块三重新授权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DELEGATE 的 T = 模块四检查点 = PERFORM 的 P（事实来源）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DELEGATE 的 E（标准）= PERFORM 的 R（对事实）的对照依据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成长飞轮：授权→跟进→面谈→再授权，一轮比一轮顺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行动计划要具体到人、事、时间、标准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闭环图让学员把 6 个模块填进正确位置，并写一句话作用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行动计划强调「具体到人」——太空的计划回去就忘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一句话承诺让学员念出来，讲师记录，作为课程收尾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【收尾 Debrief 问句】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如果你团队里有一场面谈注定会很难，往回追，你会追到哪一次授权？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这一天，哪一句话最戳你？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闭环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事前交得清（DELEGATE）→ 事中跟得好（刻度尺）→ 事后谈得透（PERFORM）→ 形成闭环。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行动计划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反面：「我要多授权多沟通」；正面：具体到人、事、时间、标准，可验收。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【卡点救场】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计划写空：要求具体到日期+对象+一句话标准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承诺流于形式：当场念出并记录，约 30 天后互查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第二部分 · 控场与时间管理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【超时砍段优先级】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优先级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可压缩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不可砍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学习目标页、小结过渡、部分对比页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破冰、DELEGATE 六步、PERFORM 七阶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个别示例页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任务分拣、烂指令改造、角色扮演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低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概念导入、附录索引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学习公约、行动计划、收口承诺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原则：两个核心模型（模块三、五）与所有演练是「练」的载体，优先保；概念页可口头带过。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【分组与演练建议】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破冰 / 结对：两人组，随机配对降低熟人客套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任务分拣：小组 4 人，个人先判、小组后对齐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烂指令改造：个人改写 + 小组互评，各出一份最佳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PERFORM 角色扮演：三人组（管理者/下属/观察员），严格轮换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所有演练配计时器，到点喊停，避免拖堂</w:t>
      </w:r>
    </w:p>
    <w:p>
      <w:pPr>
        <w:spacing w:after="8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【学员常问 FAQ】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Q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「我交出去他做不好怎么办？」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A：用边界 + 检查点管风险，而不是靠不交。可控的失败，是成长的学费。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Q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「有些事就是不能交吧？」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A：对，责任不能授权，只有任务可以。绩效评级、人事决定、合规红线必须你担责。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Q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「绩效面谈太尴尬，能谈好吗？」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A：能。带事实、有结构地谈，谈事不谈人；平时谈，不攒着。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Q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「授权和教练是一回事吗？」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A：不是。授权是「把事交好」，教练是「促他自己想」；绩效面谈有标准有差距，教练无对错想更好。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888888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