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COACHING PRACTICE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天教练式领导力修炼计划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说明：本课结束当天填完。教练式领导是肌肉，靠 30 天持续练，不靠一次性顿悟。每周聚焦一个动作，做完打勾，月底回看。每件事都要「具体到人、具体到场景、具体到次数」。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第一周 · 练「先听」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我的填写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完成标志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我团队里一个常抱怨的伙伴（可写代号）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他上次抱怨的表面内容是什么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那句话底下，他要的情绪和需要是什么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我做的一次「三层倾听」复述是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第二周 · 练「GROW 对话」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我的填写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完成标志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我要拿来做 GROW 的一次真实难题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G：他希望达成什么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O：他自己想出的几个选项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W：他自己承诺的第一步动作与时间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第三周 · 练「提问」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我的填写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完成标志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我平时最常说的一个「为什么」式问题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把它改写成的教练式提问是（属于哪一类）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这一周我「忍住不抢答」的场景有几个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对方自己想出答案后，我的感受是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第四周 · 练「反馈」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我的填写</w:t>
            </w:r>
          </w:p>
        </w:tc>
        <w:tc>
          <w:tcPr>
            <w:tcW w:type="dxa" w:w="3289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完成标志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我要给反馈的一个真实场景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S（情境）+ B（行为）+ I（影响）三句话是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反馈后我问的那句「你怎么看」是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还欠的一次「具体表扬」是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伙伴姓名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联系方式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互查日期（如 30 天后）</w:t>
            </w:r>
          </w:p>
        </w:tc>
        <w:tc>
          <w:tcPr>
            <w:tcW w:type="dxa" w:w="2466"/>
            <w:shd w:val="clear" w:color="auto" w:fill="013147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互查方式（通话/咖啡）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互锁伙伴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天，我会对 ____________ 这个下属，在 ____________ 这个场景里，至少 3 次忍住不抢答、先问「你觉得呢？」；并用一次 GROW 对话，帮他自己想出一个方案。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30 天后，我会用「他是不是更主动担责、我是不是更少替他救火」来验证——说出来的承诺，兑现率是写下来的两倍。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天教练式领导力修炼计划（落地固化用）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