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CL HANDOUT 2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GROW 对话脚本 + 观察员打勾表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练习用 · 模块二重点演练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用途：模块二 GROW 对话演练用。三人一组：教练（用 GROW 提问）/ 当事人（带一个真实难题）/ 观察员（记录用了哪几步）。铁律：教练角色全程只提问，说出一句「你应该……」，观察员立即叫停。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教练·对话脚本（每步写出你实际问的话）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GROW 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我实际问的话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G · 目标：今天聊完，你最希望有什么不同？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· 现状：现在是什么情况？你试过什么？卡在哪？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O · 选择：有哪些可能做法？还有别的吗？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W · 意愿：你决定先做哪一步？什么时候？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观察员·打勾表（教练用到了哪几步？）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第一轮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第二轮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G 目标——是否问清了目标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 现状——是否问全（事实/感受/资源/障碍）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O 选择——是否摊开了多个方案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W 意愿——是否落到具体动作与时间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全程只提问——有没有说出「你应该」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复盘（观察员反馈）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哪一步问得好？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哪一步被跳过了？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给教练的一条建议是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GROW 对话脚本 + 观察员打勾表（配合《教练式领导力》模块二使用）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