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CL HANDOUT 3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三层倾听拆解工作纸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练习用 · 听懂没说出口的话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用途：模块三练习用。拿到一段真实对话片段，逐句拆解三层倾听，找出被漏掉的那一层。改编自非暴力沟通（NVC）：内容 → 情绪 → 需要。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对话片段逐句拆解（讲师提供片段）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原句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情绪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需要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5 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6 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被漏掉的那一层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对话中「被漏掉的那一层」是（内容/情绪/需要）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如果是我，我会怎么补听？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我用复述公式说的那句话是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复述公式练习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公式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例句结构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我写的句子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复述 = 事实 + 感受 + 需要，对吗？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我听到你说（事实）+你现在（感受）+你希望（需要），对吗？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三层倾听拆解工作纸（配合《教练式领导力》模块三使用）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