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教练式领导力</w:t>
        <w:br/>
        <w:t>Coaching Leadership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下属一遇问题就来问，你三秒给出方案——结果他下次还来问，你越来越忙，他越来越不长进。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想发展下属，一开口却变成「我当年是怎么做的」，对方点头，回去照旧。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明明想听他想法，话到嘴边成了「你应该……」，对话变成单向指令。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团队有能力，却不敢担责，什么都要你拍板——你的忙，是自己「喂」出来的。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这不是一堂「教你少管事、当甩手掌柜」的课，这是一堂「把『给答案』换成『会提问』，让下属长出解决问题能力」的课。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内容概要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从管理者到教练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角色转变、四种管理角色、救火自检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GROW：把问题还给下属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 四步主流程 + 关键提问 + 演练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倾听：听懂没说出口的话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倾听三层次、伪倾听、复述技术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提问：好问题是礼物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有力提问四类、提问时机、改写工作坊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反馈：既被接受又推动改变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模型、反馈 vs 评价、演练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 30 天计划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写作你自己的 30 天教练式领导力修炼计划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带一个真实的难题来上课——今天所有的练习，都围绕你团队里真实的人和事。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只谈真的——讲你真实的下属、真实的场面，不讲虚构案例，效果翻倍。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动手练，别只听——GROW 是练出来的，不是听出来的；练到能自动跑起来才有用。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带走一个行动——结课每人带走「一份 30 天修炼计划 + 一次 GROW 对话 + 一次 SBI 反馈」。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从管理者到教练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先弄清：教练到底在做什么不一样的事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学员能够说清「管理者」与「教练」的角色差异，识别自己最常掉进的救火模式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学员能够说清四种管理角色分别在什么情境下使用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「我替团队解决问题」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「我让团队长出解决问题」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你上一次「30 秒内直接给出答案」是什么时候？事后下属学到了什么？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你请假一天，团队的项目会卡住吗？为什么？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管理者 vs 教练：同一件事的两种做法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管理者（Managing）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教练（Coaching）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第一反应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给答案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问问题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关注点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盯结果——做没做到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促思考——他怎么想通的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驱动力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我的经验和判断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他自己的资源和答案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职责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对团队产出负责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对团队能力增长负责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教练不是「少管事、当甩手掌柜」——那是放任。教练是高投入的，只是换一种管法：从「我来解决」到「我陪你解决」。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四种管理角色（情境领导 Situational Leadership 视角）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角色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什么时候用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你的动作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指令者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新手 / 紧急 / 高风险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直接告诉怎么做，明确标准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教练者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有潜力 / 想成长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提问引导，让他自己找答案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支持者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有能力 / 缺信心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倾听陪伴，给资源不插手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能力高 / 意愿高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交出去，只对结果负责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判断口诀：先看「能不能」（能力），再看「愿不愿」（意愿）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救火自检：你可能正在「过度代劳」的 5 个信号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信号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只带问题不带方案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下属从不带着方案来，只带着问题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请假就停摆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你不在，团队的事就卡住不动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同类问题反复问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同一类问题，隔几周又被问一次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「自己做更快」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你常觉得「教他还不如我自己做快」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团队不担责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成员很少主动担责或提建议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以为是自己太累、团队太弱。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中 2 条以上就是信号：不是团队不行，是你的管理方式在替他们「不长进」。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我的「抢答」时刻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回想最近一次你「抢答」的时刻，把它写下来，并想一想当时忍住不答可以问什么。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写下最近一次，下属来问、你 30 秒内直接给出答案的场景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当时如果忍住不答，你可以问他哪一句话？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这次回答完，事情是「解决了」还是「他学到了」？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从管理者到教练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你的忙，都是自己「喂」出来的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从管理者到教练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把第一句话换成「你觉得呢？」——先问后答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下次下属来问，先在心里数 3 秒再开口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GROW：把问题还给下属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教练式对话最经典的主流程——四步走完，答案从他嘴里出来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 GROW 四步，为真实难题设计一场发展性对话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学员能够识别 GROW 每一步的关键提问与常见误区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「我给他答案」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「他自己找到答案」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你有没有过「问了下属想法，听完立刻接『我觉得应该……』」的时刻？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如果一次对话能让下属自己想出办法，和直接告诉他相比，差在哪？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GROW 模型（Sir John Whitmore《Coaching for Performance》）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关键提问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· Goal 目标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这次对话要达成什么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「今天聊完，你最希望有什么不同？」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· Reality 现状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如实看清现状与已试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「你试过什么？卡在哪？」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· Options 选择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摊开尽可能多的方案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「还有别的可能吗？」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W · Will 意愿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把选择变成承诺与行动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「你决定先做哪一步？什么时候？」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顺序不能跳：目标不清，现状就问不到点；方案不摊开，承诺就落不了地。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G + R：先说清要去哪、现在在哪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常见误区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· 要点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目标要具体、可控、属于他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把「你的目标」当成「他的目标」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· 要点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含事实、感受、资源、障碍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只问事实，忽略情绪和顾虑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R 阶段不能只问事实——还要问感受、资源、障碍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O + W：把可能性摊开，落到行动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常见误区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· 要点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先要数量再要质量，鼓励发散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方案只有一个就往下走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W · 要点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具体到动作、时间、支持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没有落到具体行动和时间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聊得挺好，但没落到具体动作和时间——「回去好好想想」。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「你决定先做哪一步？什么时候开始？需要我做什么？」——W 是成败关键。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GROW 对话演练 ⭐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三人一组：教练（用 GROW 提问）/ 当事人（带一个真实难题）/ 观察员（记录用了哪几步）。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第一轮 8 分钟：教练全程只提问，不许给建议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第二轮 8 分钟：换角重来，当事人换个难题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结束反馈：观察员说——哪一步问得好？哪一步跳过了？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GROW：把问题还给下属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你给的答案，会成为他的天花板；你问的问题，会成为他的台阶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GROW：把问题还给下属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对一位下属，用 GROW 走一次完整对话，落到具体动作和时间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记住三个「不」：不替他想、不急着评、不抢承诺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倾听：听懂没说出口的话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听见事实是本能，听见情绪是修养，听见需要才是本事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学员能够运用倾听三层次（内容/情绪/需要）听懂下属没说出口的话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学员能够运用复述公式核对自己听到的，把对话从各说各话变成确认理解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「急着回应」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「先听完整、听到需要」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你有没有过「对方还没说完，我已经在想怎么反驳」的时刻？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同一句抱怨，你听到的是事实，还是他没说出口的需要？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倾听三层次（改编自非暴力沟通 NVC，Rosenberg）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层次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听到什么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第一层 · 内容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事实、事件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「客户说要退单」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第二层 · 情绪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他此刻的感受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「我看你挺憋屈的」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第三层 · 需要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他真正在意、未被满足的期待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「你是不是希望付出被看见？」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多数人只听到第一层就急着回应，教练要听到第三层——抱怨的背后，往往是一个没被满足的需要。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四种「伪倾听」与真倾听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伪倾听（✗）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真倾听（✓）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急于解决——没听完就想对策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先听完整——让他把话说完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急着评判——听到半句就下结论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确认理解——「我听到的是……对吗？」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抢着讲自己——「我当年也……」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回应感受——「这事换谁都窝火」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假装在听——嗯嗯点头，眼神飘走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追问需要——「你最在意的是哪一点？」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「资源不是我调的，你先克服一下。」——他更憋屈了。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「你的意思是，缺资源让你觉得这事成不了，你担心最后背锅？」——他开始说真话。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复述技术 + 倾听四动作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停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放下手里的事，给出全注意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听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先听完整，不打断、不补全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复述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把你听到的还回去，核对理解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追问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向需要处多问一句，挖到水下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复述公式 = 我听到你（事实）+ 你说你（感受）+ 你希望（需要），对吗？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三层倾听拆解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拿到一段真实对话片段，逐句拆解三层倾听，找出被漏掉的那一层。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逐句标注：这句是「内容」/「情绪」/「需要」？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找出对话中「被漏掉的那一层」，写下你会怎么补听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两两对照：同一句话，你听到的需要和他听到的一样吗？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倾听：听懂没说出口的话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听见事实是本能，听见情绪是修养，听见需要才是本事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倾听：听懂没说出口的话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下次对话，先复述再回应——「我听到的是……对吗？」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对一位常抱怨的伙伴，听出他水下真正的需要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提问：好问题是礼物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有力提问四类，把答案还给对方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学员能够运用有力提问四类（开放式/假设式/度量式/反思式），把「给答案」换成「让对方自己想出答案」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学员能够判断什么时候该提问、什么时候该直接说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「问完就自己接话」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「问完先闭嘴，让他想」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你平时最常问的是「为什么」式还是「怎么办」式？效果差在哪？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你的提问里，是不是常常已经藏着你想要的那个答案？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有力提问四类（ICF 教练核心能力 Powerful Questioning）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开放式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打开思路，不能答是/否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「你是怎么看的？」「这对你意味着什么？」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假设式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绕开限制，激发想象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「如果资源不是问题，你会怎么做？」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度量式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把模糊感受变刻度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「1 到 10 分，你的把握几分？差的在哪？」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反思式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促发自我觉察与责任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「这件事里，你能掌控的是什么？」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四类不是随意问，是看目的选类型——想打开就开放，想突破就假设，想推进就度量，想觉察就反思。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提问的时机：该问 vs 该直接说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该提问时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该直接说时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他有资源（能力信息都够）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紧急风险——先救火再复盘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时间允许（不是救火）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他是新手——提问只会让他懵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想发展他（目标是让他成长）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标准明确——合规安全不容商量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他已开口（主动来问）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他已跑偏——方向错了先拉回来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教练不是任何时候都要提问——判断错了时机，提问会变成刁难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从「为什么」到「怎么办」+ 提问的纪律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别这样问（✗）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换成这样问（✓）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「你为什么没做到？」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「是什么让你没能推进？」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「你有没有想过……？」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「你自己怎么看这件事？」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「你打算怎么解决？」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「你希望达到什么结果？现在情况如何？」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「我这么说你懂吗？」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「你怎么理解我们刚说的？」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问完「你觉得呢」，对方还在想，你就自己接上了——教练退化成表演。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问完至少沉默 5 秒、一次一问、真开放、先接住再分析。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提问改写工作坊 ⭐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把自己平时常问下属的问题，逐个改写成教练式提问，并标注属于哪一类。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写下 3 个自己平时常问下属的问题（越真实越好）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逐个改写：把「为什么/你应该」改成教练式提问，标注类型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小组互挑：这句是提问，还是变相指令？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提问：好问题是礼物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最好的答案，是从他自己嘴里说出来的那个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提问：好问题是礼物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建一个自己的「提问库」，把好用的问题记下来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下次问完，先沉默 5 秒，把空间还给他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反馈：既被接受又推动改变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SBI 模型——说事实，不说评价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 SBI 模型给出既被接受又推动改变的反馈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学员能够区分「反馈」与「评价」，说清为什么贴标签会触发防御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「反馈=批评」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「反馈=一起把事做好」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你上一次给反馈，对方是接受还是防御？差别在哪？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你有没有被贴过标签？当时你的第一反应是什么？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SBI 反馈模型（Situation–Behavior–Impact）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· Situation 情境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何时、何地发生的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「昨天下午的客户会上……」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 · Behavior 行为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你观察到的具体行为（非评价）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「你在客户讲话时三次打断了他」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· Impact 影响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这个行为带来的实际影响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「客户后来不太愿意继续说了」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核心：说行为不说评价。「你态度不行」是贴标签触发防御；「你在会上打断了他三次」是事实，可接受。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反馈 vs 评价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评价式（易引发防御）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SBI 式（可接受可行动）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说的事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「你态度不行」——贴标签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「你在会上打断了他三次」——说事实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说的对象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针对人：「你这个人就是……」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针对行为：「这个做法……」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时间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攒到年底一起算总账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越近越好，趁印象还新鲜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呈现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「但是」开头，转折式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「我观察到」开头，描述式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可行动性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他不知道具体要改什么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他知道下次具体怎么做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场合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当众批评，伤自尊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私下为主，公开表扬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反馈的目的是推动改变，不是证明谁对谁错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完整模板 + 表扬也是反馈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模板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建设性反馈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观察（S+B+I）+ 提问（「你怎么看？下次怎么做？」）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具体表扬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同样是 SBI——「上周那个投诉（S），你上门陪客户聊了两小时（B），客户当场续约（I）」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笼统表扬——「干得不错」，他不知道好在哪。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具体表扬——告诉他「这样做对了，继续」，好的行为才可复制。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SBI 反馈演练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把一个真实场景，先写评价版、再改写 SBI 版，两人一组角色扮演。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挑一个真实场景：下属做得不够好的地方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先写「评价版」：你平时会怎么批评？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再改写「SBI 版」：情境 + 行为 + 影响 + 提问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反馈：既被接受又推动改变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反馈不是为了说清对错，是为了让他愿意再来一次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反馈：既被接受又推动改变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对一位下属，用 SBI 给一次反馈，结尾加一句「你怎么看」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给一次「具体表扬」，说清楚好在哪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整合与 30 天计划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把六小时的能力，落回你自己的一个真实场景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学员能够把全天工具串成一条链，制定一份 30 天教练式领导力修炼计划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学员能够制定个人行动与互锁承诺，把课程带回岗位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「学了一堆工具」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「串成一个可跑的习惯」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今天最大的一个「啊哈」是什么？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下周你会先对谁、在什么场景先做「先问后答」？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全天串成一条链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先听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用倾听三层次听懂他的内容、情绪、需要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再问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 GROW + 有力提问，让他自己找答案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后反馈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 SBI 说事实、说影响，再一起商量下一步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常复盘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定期回看：他成长了吗？我放手了吗？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先听 → 再问 → 后反馈 → 常复盘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成长四级台阶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台阶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替你做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我直接给你答案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教你做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我示范，你模仿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陪你想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我提问，你找答案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交给你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你主导，我支持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你的目标，是让下属一级一级往上走。停在「替你做」，团队就永远长不大。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30 天修炼计划的三个要素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我的填写方向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一个人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谁最需要我开始「少给答案、多提问」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一个场景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哪个高频场景最能练教练式对话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一个次数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第一周至少 3 次，忍住不抢答，先问「你觉得呢？」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「我要改变管理风格」——太笼统，一周内就退回老习惯。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「对小王，每周例会后，至少问 3 次『你怎么看』」——具体到人、场景、次数，才改得动。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 30 天教练式领导力修炼计划 + 结对承诺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把今天的工具落成一份可执行的 30 天计划，两人一组互读并约定复盘时间点。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选一个人、定一个场景、写第一周的次数动作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互读并给一条建议（具体到「做什么、什么时候做」）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写下互锁伙伴与复盘时间点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整合与 30 天计划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少给一个答案，多问一个好问题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整合与 30 天计划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 30 天计划带在身边，每周打勾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和伙伴约定 30 天后互查：你的第一个动作做了没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从管理者到教练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GROW：把问题还给下属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倾听：听懂没说出口的话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提问：好问题是礼物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反馈：既被接受又推动改变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 30 天计划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从管理者到教练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结合本模块内容，在下方模板中记录你的练习结果。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GROW：把问题还给下属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结合本模块内容，在下方模板中记录你的练习结果。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倾听：听懂没说出口的话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结合本模块内容，在下方模板中记录你的练习结果。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提问：好问题是礼物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结合本模块内容，在下方模板中记录你的练习结果。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反馈：既被接受又推动改变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结合本模块内容，在下方模板中记录你的练习结果。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整合与 30 天计划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结合本模块内容，在下方模板中记录你的练习结果。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管理者 vs 教练：同一件事的两种做法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见「从管理者到教练」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四种管理角色（情境领导 Situational Leadership 视角）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判断口诀：先看「能不能」（能力），再看「愿不愿」（意愿）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见「从管理者到教练」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救火自检：你可能正在「过度代劳」的 5 个信号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见「从管理者到教练」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 模型（Sir John Whitmore《Coaching for Performance》）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见「GROW：把问题还给下属」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+ R：先说清要去哪、现在在哪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阶段不能只问事实——还要问感受、资源、障碍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见「GROW：把问题还给下属」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+ W：把可能性摊开，落到行动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见「GROW：把问题还给下属」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倾听三层次（改编自非暴力沟通 NVC，Rosenberg）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见「倾听：听懂没说出口的话」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四种「伪倾听」与真倾听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见「倾听：听懂没说出口的话」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复述技术 + 倾听四动作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复述公式 = 我听到你（事实）+ 你说你（感受）+ 你希望（需要），对吗？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见「倾听：听懂没说出口的话」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有力提问四类（ICF 教练核心能力 Powerful Questioning）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见「提问：好问题是礼物」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提问的时机：该问 vs 该直接说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教练不是任何时候都要提问——判断错了时机，提问会变成刁难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见「提问：好问题是礼物」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从「为什么」到「怎么办」+ 提问的纪律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见「提问：好问题是礼物」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反馈模型（Situation–Behavior–Impact）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见「反馈：既被接受又推动改变」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 vs 评价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反馈的目的是推动改变，不是证明谁对谁错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见「反馈：既被接受又推动改变」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完整模板 + 表扬也是反馈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见「反馈：既被接受又推动改变」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全天串成一条链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先听 → 再问 → 后反馈 → 常复盘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见「整合与 30 天计划」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成长四级台阶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见「整合与 30 天计划」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天修炼计划的三个要素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见「整合与 30 天计划」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从管理者到教练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GROW：把问题还给下属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倾听：听懂没说出口的话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提问：好问题是礼物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反馈：既被接受又推动改变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 30 天计划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课程内容实用性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互动练习效果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教练式领导力</w:t>
        <w:br/>
        <w:t>Coaching Leadership</w:t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课程的结束，正是你实践的起点。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color w:val="888888"/>
        <w:sz w:val="18"/>
      </w:rPr>
      <w:t xml:space="preserve">　　Coursemaster 出品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