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CL HANDOUT 4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有力提问改写卡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练习用 · 把「给答案」换成「会提问」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用途：模块四「提问改写工作坊」用。把你平时常问的问题，逐个改写成教练式提问。判断标准：如果这句话的答案你已经知道、且想让他说出你的答案，那就不是提问，是指令。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① 有力提问四类速查（ICF 教练核心能力）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类型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用途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例句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开放式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打开思路，不能答是/否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「你是怎么看的？」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假设式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绕开限制，激发想象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「如果资源不是问题，你会怎么做？」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度量式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把模糊感受变刻度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「1 到 10 分，你的把握几分？差的在哪？」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反思式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促发自我觉察与责任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「这件事里，你能掌控的是什么？」</w:t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② 我的改写（3 个真实问题）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我平时常问的问题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改写后的教练式提问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属于哪一类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问题 1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问题 2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问题 3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③ 我的提问库（长期积累）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使用场景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我的教练式提问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类型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下属汇报问题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任务推不动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他畏难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他没信心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有力提问改写卡（配合《教练式领导力》模块四使用）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