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COACHING TOOLKIT · FRONT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教练式领导力 · 核心工具速查卡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正面 · 先听 + 再问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GROW 模型（Whitmore《Coaching for Performance》）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步骤</w:t>
            </w:r>
          </w:p>
        </w:tc>
        <w:tc>
          <w:tcPr>
            <w:tcW w:type="dxa" w:w="2466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含意</w:t>
            </w:r>
          </w:p>
        </w:tc>
        <w:tc>
          <w:tcPr>
            <w:tcW w:type="dxa" w:w="2466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关键提问</w:t>
            </w:r>
          </w:p>
        </w:tc>
        <w:tc>
          <w:tcPr>
            <w:tcW w:type="dxa" w:w="2466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要点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G · Goal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这次对话要达成的目标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「今天聊完，你最希望有什么不同？」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具体、可控、属于他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R · Reality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如实看清现状与已试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「你试过什么？卡在哪？」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含事实、感受、资源、障碍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O · Options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摊开尽可能多的选择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「还有别的可能吗？」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先要数量，再要质量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W · Will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把选择变成承诺与行动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「你决定先做哪一步？什么时候？」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必须落到动作 + 时间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四种管理角色（情境领导视角）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角色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什么时候用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你的动作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指令者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新手 / 紧急 / 高风险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直接告诉怎么做，明确标准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教练者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有潜力 / 想成长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提问引导，让他自己找答案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支持者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有能力 / 缺信心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倾听陪伴，给资源不插手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授权者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能力高 / 意愿高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交出去，只对结果负责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倾听三层次（改编自非暴力沟通）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层次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听到什么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例句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第一层 · 内容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事实、事件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「客户说要退单」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第二层 · 情绪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他此刻的感受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「我看你挺憋屈的」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第三层 · 需要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他真正在意、未被满足的期待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「你是不是希望付出被看见？」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复述公式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我听到你（事实）+ 你说你（感受）+ 你希望（需要），对吗？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「我理解得对吗？」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COACHING TOOLKIT · BACK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教练式领导力 · 核心工具速查卡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背面 · 提问 + 反馈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有力提问四类（ICF 教练核心能力）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类型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用途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例句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开放式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打开思路，不能答是/否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「你是怎么看的？」「这对你意味着什么？」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假设式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绕开限制，激发想象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「如果资源不是问题，你会怎么做？」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度量式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把模糊感受变刻度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「1 到 10 分，你的把握几分？差的在哪？」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反思式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促发自我觉察与责任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「这件事里，你能掌控的是什么？」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⑤ SBI 反馈模型（Situation–Behavior–Impact）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要素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含意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例句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S · Situation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何时、何地发生的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「昨天下午的客户会上……」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B · Behavior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你观察到的具体行为（非评价）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「你在客户讲话时三次打断了他」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I · Impact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这个行为带来的实际影响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「客户后来不太愿意继续说了」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+ 提问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一起商量下一步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「你怎么看？下次想怎么调整？」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⑥ 最常犯的六个坑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常见坑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表现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纠正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问完就接话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他还在想，你就自己接上了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问完至少沉默 5 秒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预埋答案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问题里已藏了你的答案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真开放，什么答案都接受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急于评价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他刚开口你就说「这不行」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先收下，最后一起分析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替他想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忍不住把方案说出来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忍住，让他先说出答案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攒总账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把旧账翻出来一起算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就事论事，越近越好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笼统表扬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「干得不错」——不知道好在哪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表扬也用 SBI，说具体行为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随身口诀：先听（内容→情绪→需要）· 再问（GROW + 有力提问）· 后反馈（SBI 说事实不说人）· 常复盘（他成长了吗、我放手了吗）。记住一句：你给的答案是他的天花板，你问的问题是他的台阶。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核心工具速查卡（配合《教练式领导力》课程使用）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