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教练式领导力 · Coaching Leadership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你给的答案，会成为他的天花板；你问的问题，会成为他的台阶。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6 模块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Coursemaster出品</w:t>
      </w:r>
    </w:p>
    <w:p>
      <w:pPr>
        <w:spacing w:after="120" w:before="20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一门教管理者「少给答案、多会提问，用对话让人长出能力」的实战课。目标不是让学员听懂 GROW、SBI 这些概念，而是让学员在课上就完成一次 GROW 对话演练、一次三层倾听拆解、一次提问改写、一次 SBI 反馈角色扮演，并带走核心工具卡与 1 份 30 天修炼计划。讲师角色是「设计练习场 + 引导反思」，而非「讲授者」。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【工具包构成（四件一套 + handout）】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+ 30天计划，带走件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自评表 / GROW 脚本 / 倾听工作纸 / 提问改写卡 / SBI 检查表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从管理者到教练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 + 活动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GROW：把问题还给下属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倾听：听懂没说出口的话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 + 活动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提问：好问题是礼物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反馈：既被接受又推动改变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 + 行动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375 min（6.25 小时）+ 开场 30 min + 机动 = 一天 7 小时，含午休与两次茶歇；结构化授课约 6–6.5H。练习占比按「压讲解腾演练」重平衡，课程级演练 ≈ 38%（含角色扮演）。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马克笔（开场「救火时刻」与承诺墙用）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《教练式领导力自评表》打印（开场 / 模块一用，每人 1 份）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《GROW 对话脚本 + 观察员打勾表》每组若干份（模块二演练用）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《三层倾听拆解工作纸》每位学员 1 份（模块三用）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《有力提问改写卡 + 提问库模板》每位学员 1 份（模块四用）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《SBI 反馈检查表》每位学员 1 份（模块五用）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 + 30天计划，结课发）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小组岛形座位，便于两人/三人组练习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白板或便利贴墙（贴「救火时刻」与「承诺」）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演练用议题卡（模块二 GROW 演练的真实难题清单，备选）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从管理者到教练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 + 活动　｜　时长：45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说清「管理者」与「教练」的角色差异，识别自己最常掉进的救火模式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说清四种管理角色分别在什么情境下使用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导入：抢答场景破题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管理者 vs 教练对比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四种管理角色（情境领导视角）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救火自检 + 案例：我请假一天项目就停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活动：我的「抢答」时刻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便签纸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对比：管理者给答案、盯结果、我推进、对产出负责；教练问问题、促思考、他成长、对能力增长负责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核心：教练不是「少管事、当甩手掌柜」——那是放任；教练是高投入的，只是换一种管法（从『我来解决』到『我陪你解决』）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四种管理角色（情境领导 Situational Leadership 视角）：指令者 / 教练者 / 支持者 / 授权者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判断口诀：先看「能不能」（能力），再看「愿不愿」（意愿）——能力定要不要教，意愿定要不要推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救火自检五信号：只带问题不带方案 / 请假就停摆 / 同类问题反复问 / 「教他不如自己做快」/ 团队不主动担责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第一功课：你的忙，往往是自己「喂」出来的——你越包办，团队越不长进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话术：开场白：『今天讲一件事——为什么有的管理者越来越忙、团队却越来越弱？因为他一直在给答案。』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话术：四个角色用「同一件事的四种处理」讲：新人问问题，指令者教、教练者问、支持者陪、授权者放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话术：情境领导视角是关键——明确「不是所有时候都该教练」，避免学员把教练式领导误当万能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话术：救火自检让学员现场数自己中了几条，痛点越具体，后面的改变动机越强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你最常掉进哪种角色？为什么总在同一个角色里？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如果下次忍住不抢答，你可以问他哪一句话？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教练式领导是不是就少管事：不是。教练是高投入的管理方式，前期更慢（多花时间提问），长期更快（下属能自己解决）。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四种角色是选一个用吗：不是。是同一个人随对象和情境切换——对新手指令、对有潜力者教练、对缺信心者支持、对高能力者授权。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学员说「我手下都是新人，没法教练」：明确——新人确实先指令，但「先问一句再给答案」也是教练的起点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学员觉得教练很虚：用「救火 vs 教练」的 10 分钟 vs 长期对比，把账算给他看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转场：既然角色要转变，那把「给答案」换成「会提问」，具体怎么问？——GROW。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GROW：把问题还给下属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GROW 四步，为真实难题设计一场发展性对话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 GROW 每一步的关键提问与常见误区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导入：本课第一个重点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模型总览（Whitmore）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+ R 拆解与关键提问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+ W 拆解与关键提问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对照示范：指令式 vs 教练式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三个「不」+ 常见卡点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活动：GROW 对话演练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脚本+打勾表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GROW 模型（Sir John Whitmore《Coaching for Performance》）：Goal 目标 → Reality 现状 → Options 选择 → Will 意愿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G：锁定这次对话要达成的目标，要具体、可控、属于他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R：如实看清现状与已做尝试，含事实、感受、资源、障碍（不能只问事实）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O：尽可能多地拓展可选方案，先要数量再要质量，不急着点评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W：把选择变成他的承诺与具体行动，必须落到「动作 + 时间 + 支持」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顺序不能跳：目标不清，现状就问不到点；方案不摊开，承诺就落不了地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三个「不」：不替他想、不急着评、不抢承诺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话术：GROW 环页先交代经典来源（Whitmore），强调这是全球最通用的教练对话主流程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话术：拆解分两页讲（GR / OW），每步配「关键提问 + 常见误区」，让学员边听边对照自己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话术：对照示范是本模块关键：同一案例，指令式三句话结束、教练式让人自己想——直观感受差别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话术：演练三人组（教练 / 当事人 / 观察员）严格换角，铁律：教练说出「你应该」观察员立即叫停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演练中，教练最难忍住的是什么？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哪一步（G/R/O/W）你最容易跳过去？跳过去后发生了什么？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为什么 W 最重要：W 把「聊得挺好」变成「他真的要做」。没有承诺的对话等于白聊——必须落到动作和时间。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问完「你觉得呢」之后呢：问完要「忍住」。他还在想的时候，你抢着补答案，教练就退化成表演。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学员演练时忍不住给建议：讲师巡场，听到「你应该」立即叫停，让观察员复述规则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对话跑偏或卡壳：提示用三句破——G 问「今天聊完最希望有什么不同」、R 问「最难受的是什么」、W 问「第一步做什么」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转场：问得好，前提是听得懂。你听不到他的需要，GROW 就会问偏——下一模块，倾听。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倾听：听懂没说出口的话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类型：模型 + 活动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运用倾听三层次（内容/情绪/需要）听懂下属没说出口的话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运用复述公式核对自己听到的，把对话从各说各话变成确认理解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导入：从「问」回到「听」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倾听三层次（改编自 NVC）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四种「伪倾听」与真倾听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复述技术 + 公司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倾听四动作 + 案例：同一句抱怨三种听法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回应话术库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活动：三层倾听拆解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工作纸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倾听三层次（改编自非暴力沟通 NVC，Rosenberg）：第一层内容（事实）→ 第二层情绪（感受）→ 第三层需要（未被满足的期待）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核心：多数人只听到第一层就急着回应；教练要听到第三层——抱怨的背后往往是一个没被满足的需要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四种伪倾听：急于解决 / 急着评判 / 抢着讲自己 / 假装在听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复述公式：我听到你（事实）+ 你说你（感受）+ 你希望（需要），对吗？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倾听四动作：停（放下手里的事）→ 听（听完整不打断）→ 复述（把听到的还回去）→ 追问（向需要处多问一句）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回应话术：对泄气、消极、防御、沉默、没信心五种信号，各有教练式回应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话术：三层次用「同一句抱怨的三种听法」演示，直观展示「听内容=灭火，听需要=找到火源」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话术：伪倾听对比页让学员对号入座——多数人会心虚地发现自己占了一两条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话术：回应话术库是全课最实用的一页，建议让学员挑 2 句抄进笔记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话术：拆解活动：逐句标注内容/情绪/需要，重点找「被漏掉的那一层」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你平时最常犯哪种伪倾听？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同一句话，你听到的「需要」和旁边同学一样吗？差在哪？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为什么要「复述」：复述是核对，也是信号——让对方感到「他真的在听」。对方感到被听见，才愿意说更多。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听「需要」是不是过度解读：不。需要通常是最能解释情绪强度的那个点。判断标准：说出来对方会点头，就是听对了。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学员觉得「复述很别扭」：说明——别扭是因为平时不这么做，练熟了就自然；先照着公式念，别追求好听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学员急着给建议：规定「复述完三层之前不许给建议」，把倾听练到位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转场：听懂了对方的需要，接下来就是问——用什么样的问题，才能真的帮他想通？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提问：好问题是礼物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运用有力提问四类（开放式/假设式/度量式/反思式），把「给答案」换成「让对方自己想出答案」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判断什么时候该提问、什么时候该直接说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导入：本课第二个重点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有力提问四类（ICF）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提问的时机：该问 vs 该直接说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从「为什么」到「怎么办」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案例：一个问题改写前后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提问的纪律：问完先闭嘴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活动：提问改写工作坊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改写卡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有力提问四类（ICF 教练核心能力 Powerful Questioning）：开放式 / 假设式 / 度量式 / 反思式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开放式：打开思路（「你是怎么看的？」）；假设式：绕开限制（「如果资源不是问题呢？」）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度量式：把模糊感受变刻度（「1 到 10 分，你把握几分？」）；反思式：促发觉察（「你能掌控的是什么？」）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时机判断：他有资源 / 时间允许 / 想发展他 / 他已开口 → 该问；紧急风险 / 他是新手 / 标准明确 / 他已跑偏 → 该直接说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从「为什么」到「怎么办」：为什么式像追责触发防御；换成「是什么/怎么办」更容易打开对话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提问的纪律：问完至少沉默 5 秒、一次一问、真开放、先接住再分析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话术：四类提问用「同一场景的四种问法」讲，强调不是随意问，是看目的选类型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话术：时机页很重要——明确「教练不是任何时候都要提问」，判断错时机提问会变刁难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话术：改写工作坊是重点：让学员把日常「为什么/你应该」逐条改写，当场体会措辞的力量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话术：「问完先闭嘴」这一页最反直觉，也是学员最容易栽的地方，重点强调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你平时最爱问的是哪一类？最缺的是哪一类？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改写后的问题，和原来比，对方会更愿意回答还是更防备？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问题太多会不会让下属觉得我在考他：关键在语气和意图。目的是帮他思考而非考倒他；而且一次只问一个，给他空间。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「为什么」真的不能用吗：不是绝对，但在对方有情绪或防御时，「为什么」容易被听成质问。换成「是什么/怎么办」更安全。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学员改写后仍是变相指令：用判断标准检验——「答案你是不是已经知道、还想让他说出来」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学员嫌四类记不住：给口诀「开放、假设、度量、反思」，配四句常用话术帮记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转场：问得好之后，还要会说「哪里做得好、哪里要改」——而反馈最容易引爆，怎么办？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反馈：既被接受又推动改变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SBI 模型给出既被接受又推动改变的反馈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区分「反馈」与「评价」，说清为什么贴标签会触发防御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导入：反馈最常用也最容易搞砸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模型（Situation-Behavior-Impact）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 vs 评价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完整模板 + 对照示范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表扬也是反馈（别只会说干得不错）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活动：SBI 反馈演练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检查表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 模型（通用管理反馈框架）：S 情境（何时何地）+ B 行为（观察到的具体行为）+ I 影响（带来的实际影响）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核心：说行为不说评价。「你态度不行」是贴标签触发防御；「你在会上打断了他三次」是事实，可接受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反馈 vs 评价六维：说的事 / 说的对象 / 时间 / 呈现 / 可行动性 / 场合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完整模板 = SBI + 提问：「你怎么看？下次想怎么调整？」——把反馈从「我说你听」变成共同改进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表扬也用 SBI：笼统表扬等于没表扬，具体表扬才是告诉他「这样做对了，继续」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反馈是说给「未来的行为」的，不是对「过去的人」的宣判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话术：SBI 三要素用竖栏大字呈现，让学员记住「情境-行为-影响」的顺序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话术：反馈 vs 评价一页最能引发共鸣，让学员回想自己被贴标签时的感受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话术：对照示范用同一场景两种反馈，直观展示 SBI 如何保住关系又推动改变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话术：表扬页是加分项——提醒学员正向反馈同样要具体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你最常用的是评价式还是 SBI 式？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如果把上次批评改成 SBI，对方反应会有什么不同？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SBI 会不会太公式化、不自然：SBI 是骨架，不是台词。练熟后可以自然表达，但骨架保证了「说事实不说人」。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为什么要加一句提问：只给反馈对方是被动接收；加了提问，他参与了改进方案的制定，执行意愿更高。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学员反馈里藏着评价：检验——如果对方听完开始解释、找理由，说明还有评价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学员不敢给负面反馈：强调 SBI 的价值恰恰是「能把难听的说得能接受」，越难开口越要用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转场：工具都齐了，最后一步——把它们拼成你的日常，和一份 30 天计划。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 30 天计划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类型：整合 + 行动　｜　时长：45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把全天工具串成一条链，制定一份 30 天教练式领导力修炼计划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制定个人行动与互锁承诺，把课程带回岗位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全天串联：四个动作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成长四级台阶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个人行动：30 天修炼计划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计划表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结对承诺（互锁）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 + 工具包发放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全天串成一条链：先听（倾听三层次）→ 再问（GROW + 有力提问）→ 后反馈（SBI）→ 常复盘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成长四级台阶：替你做 → 教你做 → 陪你想 → 交给你；目标是让下属一级一级往上走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个人行动计划字段：选一个人 + 定一个场景 + 第一周至少 3 次「先问后答」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三件带走工具：核心工具速查卡（GROW/提问四类/SBI）/ 30 天修炼计划 / 提问库模版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互锁承诺：30 天后互查「你的第一个动作做了没」，用社会承诺提高落地率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金句收束：你给的答案，会成为他的天花板；你问的问题，会成为他的台阶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话术：串联页把六个模块用一张流程图串起来，帮学员形成整体感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话术：四级台阶直观展示「放手程度」，让学员看到自己现在停在哪一级、该往哪走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话术：计划表强调「具体到人 + 场景 + 次数」——不具体，一周内就退回老习惯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话术：结对承诺要求「具体到做什么、什么时候做」，避免「加油哦」式的空话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你今天最大的一个「啊哈」是什么？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下周你会先对谁、在什么场景先做「先问后答」？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为什么要从「一个人、一个场景」开始：全面改革最容易失败。单点突破、练成习惯，再逐步扩大，才改得动。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互锁承诺的作用：公开承诺 + 有人监督，落地率显著提高——说出来的承诺，兑现率是写下来的两倍。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学员进度不一：给计划表的「示例版」作参照，完成快的帮忙带慢的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时间紧：本模块为整合模块，可压缩串联回顾，但计划与承诺不可省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转场：（课程结束）愿你回去之后，少给一个答案，多问一个好问题。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学习目标页、课程地图、部分案例页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破冰、GROW 演练、提问改写工作坊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个别示例页、话术库页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倾听拆解、SBI 演练、30 天计划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概念导入、附录索引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计划与承诺、收口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原则：三个核心模块（模块二 GROW、模块四 提问、模块五 反馈）与所有演练是「练」的载体，优先保；概念页可口头带过。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 / 自评：个人先写，两两分享，降低开口门槛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GROW 演练：三人组（教练 / 当事人 / 观察员），两轮换角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倾听拆解：个人逐句标注 + 同桌对照（听到的需要是否一致）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提问改写：个人改写 + 小组互挑（这句是提问还是变相指令）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 反馈：两人组（给出方 / 接收方），先评价版再 SBI 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天计划：个人填写 + 结对互锁（互相承诺并约定回查）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所有演练配计时器，到点喊停，避免拖堂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Q：「教练式是不是就是不管、让下属自己碰壁？」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A：不是。教练是高投入的管理——你花的是提问和时间，不是放任。该指令时仍然指令。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Q：「我很忙，哪有时间慢慢问？」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A：第一次多花 10 分钟，之后他就能自己处理。教练是投资，不是成本。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Q：「GROW 会不会太套路，聊起来很假？」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A：GROW 是骨架不是台词。练熟了它就成了你自然的对话方式；先照着走，别追求好听。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Q：「下属就是没想法，问也问不出来怎么办？」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A：降门槛——「不用想全，先说一个最靠谱的」或先给选项让他选。「没想法」多是怕说错，不是真没有。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color w:val="888888"/>
        <w:sz w:val="18"/>
      </w:rPr>
      <w:t xml:space="preserve">　　Coursemaster 出品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