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MY 30-DAY PRIORITY LIST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天优先清单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模块三练习用 · 排出上任第一个 30 天要做的 5 件事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使用说明（讲师）：本件配合模块三「我的 30 天优先清单」练习使用（20 min）。对照「前 90 天五步法」，为真实团队排出上任第一个 30 天要做的 5 件事；检查有没有"过早出手"的动作（例如"第 3 天宣布新考核"）；圈出"最该先做的一件 + 最该缓一缓的一件"。★ 排序比清单本身更重要。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前 90 天五步法对照（自查：哪几步做到了，哪几步跳过了）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4535"/>
        <w:gridCol w:w="1474"/>
        <w:gridCol w:w="1587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 ✔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跳过了 ✘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 · 诊断 Diagnose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搞清局面（STARS 五情境）与角色边界，多听少说，摸清人、事、关系、隐患。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2 · 匹配策略 Match Strategy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按情境定打法，别把一套管理方式用到底。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3 · 赢得早期胜利 Early Wins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先做成一两件可见的小事，用结果建立可信度。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4 · 协商成功 Negotiate Success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和上级、关键人把期望对齐，说清要什么资源。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5 · 稳住队伍 Build the Team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把人带起来、把节奏定下来，从"我来"到"你来"。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 30 天优先清单（排序即功力）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"/>
        <w:gridCol w:w="4535"/>
        <w:gridCol w:w="408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排序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要做的 5 件事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为什么排在这个位置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948"/>
        <w:gridCol w:w="2948"/>
        <w:gridCol w:w="362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最该先做的一件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最该缓一缓的一件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有没有"过早出手"的动作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天优先清单（配合《新任管理者》模块三使用）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