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90-DAY LEADERSHIP PLAN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上任 90 天领导力计划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带走件 · 课后填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说明：本课结束当天填完。用四件事把今天学的落地——一次角色自查、一次团队研判、一次立信行动、一次关键对话。每件事都要「具体到人、具体到时间、具体到可验证的结果」。90 天后回看。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第一部分 · 一次角色自查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完成标志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判断你接手的局面属 STARS 哪一种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该情境下最该做的一件事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自查日期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第二部分 · 一次团队研判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完成标志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团队处在塔克曼哪一阶段（组建/风暴/规范/高效）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关键成员：能力高/低？意愿高/低？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该用哪种风格（S1 指令 / S2 教练 / S3 支持 / S4 授权）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研判日期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第三部分 · 一次立信行动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完成标志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跟谁谈 / 要立什么规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针对该下属的匹配风格要点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沟通 3 句话：诊断提问 / 明确期望 / 给出支持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什么时候谈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第四部分 · 一次关键对话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完成标志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和谁谈 / 棘手场面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走 SBI 四步（重点练 B 具体行为 和 I 讲影响）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什么时间谈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第五部分 · 伙伴互锁（行为层保障）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伙伴姓名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联系方式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互查日期（如 90 天后）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互查方式（通话/咖啡）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互锁伙伴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我的承诺：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接下来的 90 天，我会先判断接手局面（STARS），再按「前 90 天五步法」推进；为 ____________ 做一次领导风格匹配并沟通；并用 SBI 和 ____________ 谈一次棘手的场面。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90 天后，我会用「团队是不是更愿意跟、更能成事」来验证——说出来的承诺，兑现率是写下来的两倍。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上任90天领导力计划（落地固化用）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