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SBI · OBSERVATION SHEET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SBI 反馈检查表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模块五演练用 · 观察员打分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使用说明（讲师）：本件供观察员在「把刺头谈成队友」演练中逐项打分。关键认知：**第一步"看事实"最关键——标签一出口，对方立刻进入防御状态，对话就死了。**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SBI 四步对照（观察员打勾）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041"/>
        <w:gridCol w:w="4082"/>
        <w:gridCol w:w="1474"/>
        <w:gridCol w:w="1928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做到了 ✔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原话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S · Situation 情境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先讲清在什么时候、什么场合、涉及哪件事。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B · Behavior 行为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描述具体行为，不贴标签——"你上周三次例会迟到"，而不是"你不尊重我"。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I · Impact 影响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说清这个行为对团队、对结果的具体影响。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C · Consensus 共识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一起定下"接下来怎么做"，形成明确约定。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+ F · Follow-up 跟进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约定之后，跟进落实，看变化。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+ S · Stance 立场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底线问题，清晰亮出"这条不能碰"。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一句话改造（演练者自评）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948"/>
        <w:gridCol w:w="3742"/>
        <w:gridCol w:w="2835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原话（下判断）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改造后（看事实 + 讲影响）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对方还会立刻防御吗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复盘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5272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复盘问题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哪一步最能"化敌为友"？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哪一步最容易"火上浇油"？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我最需要谈的一个人 + 我打算怎么开头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SBI 反馈检查表（配合《新任管理者》模块五使用）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