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DIFFICULT CONVERSATION SCENARIO CARDS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关键对话情境卡 · 3 张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模块五演练用 · 三人一组角色扮演（30 min）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使用说明（讲师）：本件配合模块五「把刺头谈成队友」实战演练使用（30 min）。三人一组：新任管理者 / 不配合的老同事 / 观察员。场景卡任选其一，用 SBI 四步实战演练，观察员用「SBI 反馈检查表」打分；轮换角色，确保每人至少当一次"管理者"。全场复盘：哪一步最能"化敌为友"？哪一步最容易"火上浇油"？★ 通常"看事实"和"讲影响"做得好的，成功率高一大截；一上来就"贴标签"的，基本全崩。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情境卡 × 3（沿虚线剪开）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 1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老同事当众说"你以前不也这样"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情境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当着团队的面，一位老同事半开玩笑地说："你以前不也这样？"你怎么接？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 2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下属连续两次拖着不交你急着要的活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情境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你急着要的活，同一个下属连续两次拖到最后一刻才交。你怎么谈？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 3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有人越过你直接找你的上级汇报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情境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你发现有人跳过你，直接向你的上级汇报进度。你怎么处理？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演练记录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948"/>
        <w:gridCol w:w="3288"/>
        <w:gridCol w:w="328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我当管理者用的场景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最有力的一步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最该改的一步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关键对话情境卡（配合《新任管理者》模块五使用）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