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新任管理者</w:t>
        <w:br/>
        <w:t>The First 90 Days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接手原同事团队，太严被说「当了官就摆谱」，太松被说「镇不住场」——不知道该「立威」还是「亲和」。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习惯了什么都自己上，团队越来越依赖，自己越来越累——「越能干，越累死自己」。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上任就急着改革、树权威，结果把关系烧断，核心骨干反而提出离职。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遇到试探边界、不配合、当众挑战，这些话要么说不出口，要么一开口就吵起来。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这不是一堂「教你当官做派」的课，这是一堂「让你在接手即考试的 90 天里，把最能干的人炼成能带队的人」的课。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开场与角色转变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从「做事的人」到「带人的人」，两种产出方式的差别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看懂转变的规律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领导风格匹配与团队发展阶段，按状态与阶段选管理方式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前 90 天五步法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先诊断、再匹配策略的上任行动路线（改编自沃特金斯）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领导风格匹配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先诊断下属状态，再匹配 S1-S4 管理风格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 + 倾听四层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把试探边界、不配合、公开挑战谈成有共识有行动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90 天计划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塔克曼团队四阶段 + 上任 90 天领导力计划，带回岗位执行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带着一个真实的团队来上课——今天所有的练习，都围绕你上任后真实遇到的人和场面。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先看清，再动手——不急着证明自己有用，先把人和事摸清。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敢说真话，尤其是「我搞不定」的部分——卡住的地方，正是今天最值得练的地方。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手机静音，把注意力留给自己和身边的人。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开场与角色转变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管理者不是最能干的那个人，而是让团队变得能干的那个人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学员能够诊断自己在「从骨干到管理者」转变中，最容易踩空的一个角色误区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学员能够区分「做事」与「带人」两种工作方式，说清为什么越能干的新经理越容易累死自己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「凭本事自己干」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「靠团队成事」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你上任第一周，最不适应的是什么？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你还是团队里「干活最多」的那个吗？你有没有发现，越努力，团队反而越依赖你？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两种产出方式——骨干（做事者）vs 管理者（带人者）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骨干（做事者）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管理者（带人者）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你的产出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自己做的活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团队交付的成果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成功标准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我做得好不好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团队做得行不行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时间分配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大量执行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大量沟通、协调、决策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核心能力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专业深度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判断、委派、激发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常见陷阱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——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抢着干、舍不得放手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当你开始用「团队的产出」衡量自己，你才算真正上任；继续用「自己的产出」衡量，你就只是个「带团队的骨干」。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STARS 五情境——局面诊断表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自查内容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产出问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我这周花在「自己干活」上的时间，比「帮团队成事」更多吗？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团队的事，多大比例必须经过我才推得动？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视角问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我上一次想「我怎么带队」而不是「我怎么搞定」，是什么时候？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担当问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出了问题，我第一反应是「谁干的」还是「怎么解决」？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「我是团队里最不可或缺的人」——所有事都必须经过你，团队永远长不大。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「我的价值，从做出来变成了带出来」——最低的那一问，就是上任 90 天最该先补的短板。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STARS 五情境自评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判断你接手的局面属于 STARS 哪一种（S/T/A/R/S），写出判断依据（2 条现象），并写下该情境下最该做的一件事。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逐条打分，别美化自己：产出问 / 授权问 / 视角问 / 担当问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圈出最低的那一项——它就是最该先补的短板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写一句：这个短板如果不补，90 天里会出什么问题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开场与角色转变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管理者 = 让团队变得能干的人，而非最能干的人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开场与角色转变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用 STARS 五情境给自己做一次局面诊断，锁定最该先做的一件事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本周选一件事，练习「交出去」而不是自己扛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看懂转变的规律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管理不是用力，是配对——对的人、对的事、对的阶段，用对的方式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学员能够识别新经理四个典型误区，说清为什么越能干越累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学员能够运用领导风格匹配与团队发展阶段，为一位下属和团队当前阶段匹配管理方式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「凭个人经验」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「看规律选方法」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你有没有过「同一个办法，对这个人管用、对那个人完全不管用」的经历？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你带的团队，现在是组建、震荡、规范还是执行期？你的判断依据是什么？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新经理的四个典型误区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误区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代价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超级员工误区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什么事都自己上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团队依赖，自己累死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称兄道弟误区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继续跟旧同事打成一片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该定的事定不下来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一刀立威误区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上任三把火，急着树权威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把关系烧断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有求必应误区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怕被说「当了官就变了」，来者不拒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边界全失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新经理的累，多半不是能力问题，是「角色没切换」——你还在用旧岗位的方式，打新岗位的仗。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领导风格匹配——按能力与意愿选方式（源自情境领导通用框架）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下属特征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对应方式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D1 低能力高意愿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新人、热情但不会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指令式：明确教、盯过程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D2 低能力意愿受挫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不会且没信心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教练式：教方法、给信心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D3 高能力意愿波动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会做但状态不稳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支持式：谈动机、给参与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D4 高能力高意愿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会做也愿做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授权式：放权、看结果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没有一种最好的管理方式，只有配对当下这人和这事的方式——上任第一课，是学会「看人下菜」。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团队发展阶段——团队也有成长周期（公共框架）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管理重点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组建 Forming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客气、观望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给方向、定规则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震荡 Storming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冲突、争位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调和、立规矩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规范 Norming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默契、认同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放手、固化协作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执行 Performing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高效、自驱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授权、给挑战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解散 Adjourning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收尾、告别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复盘、认可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团队成熟度 = 阶段判断 × 对应方式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我的团队，处在哪一阶段？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判断自己团队当前所处阶段，并为团队里一位关键成员判断其准备度，写出匹配的管理动作。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对照团队发展阶段，判断你的团队当前阶段，写出近期 1-2 个具体事件作依据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对照领导风格匹配四型，为一位关键成员判断其能力与意愿，匹配 S1-S4 风格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写下：匹配这个阶段 / 这个人，我该调整的一个管理动作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看懂转变的规律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管理不是用力，是配对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看懂转变的规律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为团队当前阶段，定一个明确的、匹配的管理动作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为一位关键成员，换一种配对当下准备度的方式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前 90 天五步法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先看清，再站住，最后才是带起来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学员能够运用「前 90 天五步法」，为自己真实的团队排出上任第一个 30 天的工作优先级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学员能够用「三多三少」检查清单里的动作有没有「过早出手」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「急着证明自己」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「顺序对了才站得稳」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前 90 天，团队在悄悄观察什么？你以为的「试用期」，其实是「信任窗口期」。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如果现在让你列出上任第一个 30 天要做的 5 件事，你会怎么排？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前 90 天为什么关键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原因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说明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信息真空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团队对你一开始没有依据，每个动作都在被解读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关系重设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从「同事」到「上级」，关系在这一段重新定调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信任空白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还没积累信任，这段是往「信任账户」里存第一笔钱的时机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期望定调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你对团队的要求、团队对你的预期，都会在这段固化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前 90 天不是「证明你多厉害」，而是「证明你值得被信」——顺序错了，打法就全错了。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前 90 天五步法——上任 90 天的行动路线（改编自沃特金斯）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目标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F 定框架 Frame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搞清职责边界、向谁负责、团队要什么结果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方向清楚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做调研 Investigate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上任前 30 天，多听少说，摸清人、事、关系、隐患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不急着改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建关系 Relate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一对一谈每一个关键成员，先建立信任再谈要求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关系到位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立标准 Set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明确目标、规则、评价标准，让团队知道「什么算好」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秩序清楚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派任务 Task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把合适的事交给合适的人，用真实任务建立信任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从我来到来你来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复盘 Review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天一次小复盘，及时校正方向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持续校正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看清（F、I）→ 立信（R、S）→ 带队（T）→ 复盘（R）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三阶段节奏 + 三多三少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核心动作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目标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1-30 天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定框架 + 做调研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不急着改，先摸清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立信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31-60 天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建关系 + 立标准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建立信任与秩序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带队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61-90 天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派任务 + 复盘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从「我来」到「你来」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上任初期急着「证明自己有用」——还没摸清就动手，容易误伤。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多听、多看、多问；少承诺、少批评、少改革——稳住，比出手更重要。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 30 天优先清单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为真实团队排出上任第一个 30 天要做的 5 件事，并检查有没有「过早出手」的动作。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列出 5 件事，按优先级排序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对照「三多三少」，划掉或后移过早出手的动作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圈出「最该先做的一件 + 最该缓一缓的一件」，写下理由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前 90 天五步法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先看清，再站住，最后才是带起来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前 90 天五步法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产出自己的「上任 30 天优先清单」（5 件事 + 优先级）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停掉一个「过早出手」的动作，改成「先调研」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领导风格匹配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威信不靠三把火，靠把每一次承诺都做到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学员能够使用领导风格匹配，为一位具体下属做能力/意愿诊断并匹配 S1-S4 风格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学员能够说清立威的四种错误做法，理解威信靠「一致性」而非「气势」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「靠气势压人」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「靠一致赢信」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太严，被说「当了官就摆谱」；太松，被说「镇不住场」——你更怕哪一种？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你接手后，有哪件事「必须跟团队说清楚」却一直拖着没说？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领导风格匹配——先诊断状态，再匹配风格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锚点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核心动作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认旧 Acknowledge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先看见团队原有的付出和积累，不否定前任、不否定老人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 定规 Norm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明确亮出「什么可以、什么不可以」，把边界讲在事前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一致 Consistent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同一件事，对不同的人一个标准，说到做到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 倾听 Hear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让团队成员感到「声音被听见」，尤其对不服气的人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担责 Own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出问题先扛，成事情先让，责任自己认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尊重 Respect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把人当人看，不用权力羞辱任何人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信任 = 认旧 + 定规 + 一致 + 倾听 + 担责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立威的四种错误做法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错误做法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后果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新官三把火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一上来大改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把人心烧散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拉一派打一派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搞小圈子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团队撕裂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避而不谈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怕尴尬，该说的问题一直拖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边界模糊，软钉子横行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标准漂移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对人一套、对己一套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威信瞬间崩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你不需要「最受欢迎」，你需要「可被预测」——团队怕的从来不是你严，是你没准。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一次立信对话（两人演练）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选一位你带的下属，就一项具体任务做一次风格匹配：判断能力/意愿、对应 S1-S4 风格、写下沟通 3 句话，并两人一组演练。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选定场面：新的汇报机制 / 新的考核要求 / 对老同事的期望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用领导风格匹配：先判能力与意愿，再定风格，设计诊断提问/明确期望/给出支持三句话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两人一组，一人演新经理、一人演「心里不服的老同事」；点评：这场对话让人「服」还是让人「堵」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领导风格匹配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威信不是「立」出来的，是「稳」出来的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领导风格匹配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补上那件「该说清楚却一直拖着」的立信对话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检查自己的标准是否对人对己一致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SBI 反馈 + 倾听四层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让老同事服的，从来不是头衔，是把话说到位、把事办公道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学员能够运用 SBI 反馈四步，把一次「下属试探边界」或「老同事不配合」的棘手谈话，谈成有共识、有承诺的对话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学员能够区分说事实与贴标签，避开对话的三个陷阱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「一开口就贴标签」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「先看事实再谈」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新经理最怕的三种对话：边界试探、消极抵抗、公开挑战——你最怕哪一种？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上一次你想谈却没谈的问题，现在怎么样了？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新经理最怕的三种对话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处理关键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边界试探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老同事习惯性迟到、推活、越级汇报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把边界讲在事前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消极抵抗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表面答应、背后不动，用「软钉子」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把影响讲具体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公开挑战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会上当众质疑你「凭什么管我」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先接住，再谈事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新经理的权威，多半不是被大冲突毁掉的，是被「没谈的那几次小问题」慢慢蛀空的。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SBI 反馈 + 倾听四层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核心动作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V 看事实 View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先摆事实，不贴标签——「你上周三次例会迟到」，而不是「你不尊重我」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开对话 Open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用提问打开，而不是用结论关上——「我想听听你的情况」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讲影响 Impact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说清这个行为对团队的具体影响，让问题具体化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要共识 Commit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一起定下「接下来怎么做」，形成明确约定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看后续 Evaluate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约定之后，跟进落实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说立场 State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底线问题，清晰亮出「这条不能碰」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参考公共框架：SBI 反馈模型（Situation-Behaviour-Impact）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对话的三个陷阱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【对比】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C0392B"/>
          <w:sz w:val="22"/>
        </w:rPr>
        <w:t>✘ 情绪先行（一上来就带火气）/ 翻旧账（把陈年积怨一次性倒出来）/ 只批不立（光指出问题，不给出路）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27AE60"/>
          <w:sz w:val="22"/>
        </w:rPr>
        <w:t>✔ 好的对话不是「说赢对方」，而是「让对方愿意改」——赢了话头，输了人心，得不偿失。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把刺头谈成队友（角色扮演）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三人一组（新任管理者 / 不配合的老同事 / 观察员），用 SBI 四步实战演练；观察员按检查表打分。轮换角色，每人至少当一次管理者。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V 看事实：我先摆出了具体事实，没有贴标签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O 开对话：我用提问打开，让他说出了情况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I 讲影响：我说清了这个行为对团队的具体影响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C 要共识：我们一起定下了「接下来怎么做」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复盘：哪一步最能「化敌为友」？哪一步最容易「火上浇油」？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SBI 反馈 + 倾听四层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先看事实，再谈事——赢了话头，输了人心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SBI 反馈 + 倾听四层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用 SBI 四步谈一次「一直没谈」的棘手对话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复盘：我漏掉的是哪一步？下次怎么补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 90 天计划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好的管理者，是让团队成为自己最好的作品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学员能够说清塔克曼团队发展四阶段，判断自己团队当前所处阶段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学员能够制定一份针对真实团队的上任 90 天领导力计划，并带回岗位执行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「一个人扛下所有」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「让团队成为答案」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你的团队现在在正循环还是负循环里？转折点是什么？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这一天学的，有哪一件是你明天就能开始做的？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全课回顾——三条主线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主线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核心内容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看懂转变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 ~ 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STARS 五情境 / 两种产出方式 / 领导风格匹配 / 团队阶段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站稳脚跟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 ~ 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前 90 天五步法 / 领导风格匹配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带队做事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 ~ 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反馈四步 / 塔克曼团队四阶段 / 90 天计划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塔克曼团队发展四阶段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用调研摸清人、事、关系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减少误判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用一致性赢得信任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团队愿意跟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把事交出去、给支持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团队能成事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看结果、调方式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能力升级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看清 → 立信 → 授权 → 复盘 →（回到）看清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上任 90 天领导力计划——四个部分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部分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一次局面诊断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STARS 五情境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判断接手局面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一次团队研判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团队阶段 + 关键成员准备度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判断该补哪一课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一次风格匹配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领导风格匹配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诊断状态匹配风格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一次关键对话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锁定一个必须谈的场面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· 我的上任 90 天领导力计划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把今天学的落地成四件事：一次角色自查、一次团队研判、一次立信行动、一次关键对话。每件都要具体到人、时间、可验证的结果。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角色自查：四问打分，写下最低项与补法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团队研判：团队阶段 + 一位关键成员准备度 + 匹配动作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风格匹配：一次领导风格匹配沟通的场景与设计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关键对话：锁定一个必须谈的棘手场面，用 SBI 演练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整合与 90 天计划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越愿意放手，团队越强；团队越强，你越有时间做真正重要的判断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整合与 90 天计划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填完上任 90 天领导力计划，并找一位伙伴互锁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把承诺念出来，约 30 天后互查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主线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看懂转变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 ~ 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新经理的累，多半是角色没切换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站稳脚跟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 ~ 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先诊断、再匹配策略；按人调风格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带队做事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 ~ 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把话说到位、把事办公道，让团队成为答案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看清 → 立信 → 授权 → 复盘：让团队成为你最好的作品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我的终极行动承诺：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开场与角色转变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看懂转变的规律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前 90 天五步法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领导风格匹配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 + 倾听四层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90 天计划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工具一：STARS 五情境局面诊断表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用于上任自我体检，找出最该先补的那一项短板。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自评（1-5）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我的表现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产出问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视角问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担当问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【参考示例】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四问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自评（1-5）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我的表现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产出问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这周 80% 时间在救火，团队的事我自己扛了大半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授权问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所有方案都要我拍板，我一出差就停摆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视角问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偶尔会想「怎么带队」，但多数时候还是在搞定具体事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担当问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出问题先想怎么解决，不追责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工具二：前 90 天五步法速查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用于排出上任 90 天的行动路线，重点在看清与立信。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我的具体动作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时间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F 定框架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做调研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建关系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立标准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T 派任务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复盘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工具三：领导风格匹配自查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用于设计一次「立威不伤感情」的团队对话。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锚点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本次对话我要做的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认旧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N 定规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一致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H 倾听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担责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尊重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工具四：SBI 反馈四步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用于试探边界、不配合、公开挑战等棘手对话。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我要说的话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V 看事实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开对话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I 讲影响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 要共识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E 看后续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 说立场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工具五：团队阶段 + 成员准备度研判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判断团队所处阶段，并为关键成员匹配管理方式。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对象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 / 准备度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匹配的管理动作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我的团队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关键成员 1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关键成员 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两种产出方式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做人者 → 带队者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见「开场与角色转变」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STARS 五情境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初创 / 转型 / 加速增长 / 重组 / 维持成功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见「开场与角色转变」· 沃特金斯《第一个 90 天》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领导风格匹配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S1 指令 / S2 教练 / S3 支持 / S4 授权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见「看懂转变的规律」· 源自情境领导通用框架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塔克曼团队发展四阶段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组建→风暴→规范→高效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见「看懂转变的规律」· Tuckman 1965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前 90 天五步法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诊断→匹配策略→赢速赢→协商成功→稳住队伍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见「前 90 天五步法」· 改编自沃特金斯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领导风格匹配四型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S1 指令 / S2 教练 / S3 支持 / S4 授权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见「领导风格匹配」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反馈四步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情境→行为→影响→共识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见「SBI 反馈 + 倾听四层」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塔克曼团队发展四阶段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组建→风暴→规范→高效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见「整合与 90 天计划」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你不需要一个人扛下所有——好的管理者，是让团队成为自己最好的作品。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具体行动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完成标志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STARS 五情境判断，锁定最该做的一件事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团队阶段研判 + 关键成员能力/意愿诊断与风格匹配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产出 30 天优先清单（5 件事）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为一位下属做一次领导风格匹配沟通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SBI 谈一次一直没谈的棘手对话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填完 90 天计划，找伙伴互锁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新任管理者 · Leading a New Team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今天的同行，是 90 天的起点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新经理的累，多半不是能力问题，是角色没切换。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 w:line="448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今天我们走过的三条主线：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 · 开场与角色转变 —— 从做事的人到带人的人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二 · 看懂转变的规律 —— 看规律，选方法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三 · 前 90 天五步法 —— 先诊断、再匹配策略、赢早期胜利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四 · 领导风格匹配 —— 先诊断状态，再匹配风格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五 · SBI 反馈四步 —— 把话说到位，把事办公道</w:t>
      </w:r>
    </w:p>
    <w:p>
      <w:pPr>
        <w:spacing w:after="4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六 · 整合与 90 天计划 —— 让团队成为你最好的作品</w:t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课程的结束，正是你上任 90 天的开始。回到团队，做那个「让团队变得能干」的管理者。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color w:val="888888"/>
        <w:sz w:val="18"/>
      </w:rPr>
      <w:t xml:space="preserve">　　Coursemaster 出品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