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NEW MANAGER TOOLKIT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新任管理者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看清局面 + 匹配策略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STARS 五情境（先判断你接手的是哪种局面）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 初创 Startup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从零搭团队、搭流程 → 定方向、快决策、亲自带。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T 转型 Turnaround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业务告急、士气低 → 止血为先、快出速赢。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 加速增长 Accelerating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势头好要扩规模 → 放权、补体系、防失控。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R 重组 Realignment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旧模式失效需重整 → 先说清为什么变、再动结构。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 维持成功 Sustaining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成熟稳定守成果 → 优化、传承、培养接班人。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前 90 天五步法（改编自沃特金斯《第一个 90 天》）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1 诊断 Diagnose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搞清局面（STARS）与角色边界，先摸清人、事、关系、隐患。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2 匹配策略 Match Strategy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按情境定打法，别把一套管理方式用到底。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3 赢得早期胜利 Early Wins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先做成一两件可见的小事，用结果建立可信度。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4 协商成功 Negotiate Success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和上级、关键人把期望对齐，说清要什么资源。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5 稳住队伍 Build the Team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把人带起来、把节奏定下来，从「我来」到「你来」。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三阶段节奏（先看清 · 再站稳 · 后带队）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核心动作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目标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看清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1-30 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诊断 + 匹配策略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不急着改，先摸清局面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站稳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31-60 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赢得早期胜利 + 对齐期望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建立可信度与秩序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带队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61-90 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稳住队伍 + 逐步授权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从「我来」到「你来」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NEW MANAGER TOOLKIT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新任管理者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匹配风格 + SBI 谈话 + 避坑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领导风格匹配（Leadership Style Matching）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S1 指令型 Directing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能力低、意愿高 → 明确告诉他做什么、怎么做，紧盯过程。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S2 教练型 Coaching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能力低、意愿受挫 → 既教方法也听想法，边带边问。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S3 支持型 Supporting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能力高、意愿波动 → 少指挥多倾听，帮他找回动力。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S4 授权型 Delegating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能力高、意愿高 → 把决定权交出去，你只兜底。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诊断两步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先判能力（会不会），再判意愿（愿不愿），两维定风格。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灵活切换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同一个人不同任务可换风格；任务变了，风格也要跟着变。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SBI 反馈四步（情境-行为-影响-共识）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 情境 Situation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先讲清在什么时候、什么场合、涉及哪件事。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B 行为 Behavior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描述具体行为，不贴标签——「上周三次例会迟到」，而不是「你不尊重我」。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I 影响 Impact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说清这个行为对团队、对结果的具体影响。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C 共识 Consensus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一起定下「接下来怎么做」，形成明确约定。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F 跟进 Follow-up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约定之后跟进落实，看变化。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 立场 Stance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底线问题，清晰亮出「这条不能碰」。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塔克曼团队发展四阶段（Tuckman 1965）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组建期 Forming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客气观望，靠你给方向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定规矩、给方向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风暴期 Storming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冲突分歧，靠你明边界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处理冲突、明边界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规范期 Norming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形成默契，靠你给空间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鼓励自主、给支持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高效期 Performing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自驱作战，靠你授权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授权、给挑战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⑦ 两个避坑清单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新官三把火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一上来大改，把人心烧散。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拉一派打一派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搞小圈子，团队撕裂。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避而不谈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怕尴尬，该说的问题一直拖。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标准漂移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对人一套、对己一套，威信瞬间崩。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情绪先行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一上来就带火气 → 对方立刻筑墙。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翻旧账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把陈年积怨一次性倒出来 → 问题失焦。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只批不立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光指出问题、不给出路 → 对方只剩抵触。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随身口诀：先判断局面（STARS）· 再匹配策略（前 90 天五步法）· 按人调风格（领导风格匹配）· 有话用 SBI（情境 → 行为 → 影响 → 共识）。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核心工具速查卡（配合《新任管理者》课程使用）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