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天棘手对话计划表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在课程当天填完。难对话靠的是准备习惯，不靠一次性顿悟。第一周就挑一场「一直没敢开口」的对话，之后逐周升级难度。每场对话后发一句复盘给互锁伙伴——这场我用了哪步、哪步没用上。第一场必须具体到「哪天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第一场对话 · 五步准备线走一遍（开口前 3 分钟过一遍）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3628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分层次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难在事实、情绪还是身份？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定目的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我真正想要的结果是什么？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搭安全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开场有共同目的和尊重吗？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写表达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NVC 四步齐了吗？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⑤ 想收口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谁、做什么、何时、怎么跟进？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四周递进计划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验证方式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周：对下，谈一场一直没敢开口的对话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周：对下，记下自己哪一步做得最差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周：对平级 / 对上级，刻意用 STATE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周：复盘四次对话，写下最需改的一个动作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我的承诺（三要求：具体 · 可听 · 可查）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要求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具体（谈哪一场，对象 + 什么事）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可听（用五步里的哪几步，对谁说）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可查（什么时候谈、怎么验证谈成了）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我的互锁伙伴是谁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互锁方式（如每场后发一句复盘）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30 天后互问的日期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承诺三要求缺一不可：**具体**（不是「我以后多沟通」）·**可听**（说给谁听）· **可查**（怎么验证）。说出来的承诺，兑现率是写下来的两倍。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天棘手对话计划表（落地固化用）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