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FROM BREAKDOWN TO COMMITMENT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从收口到承诺表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 · 崩 → 救 → 收口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使用说明：三人一组（管理者 / 下属 / 观察员），走一遍完整流程——① 崩：下属带情绪开炮，管理者说错一句，对话崩了；② 救：用修复三步救回来；③ 收口：用 STATE 说清问题，用收口四要素把行动定下来。观察员对照清单逐项打钩，三轮后交换角色。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崩点记录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崩在哪句话（管理者说的）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对方的反应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修复三步（顺序不能乱）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061"/>
        <w:gridCol w:w="4762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我的说法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道歉（为方式，不为立场）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「刚才我语气重了，抱歉」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对比澄清（我不是…，我是…）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「我不是说你不行，我是担心进度」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重回共同目的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「我们都想把项目做成，对吧？」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STATE 说清问题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3628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我的说法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 事实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从可观察的事实开始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T 想法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说出推断，标明是推断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征询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邀请对方说他的版本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T 试探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「我可能理解得不对……」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E 鼓励异议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「你觉得我说漏了什么吗？」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收口四要素（把对话变成承诺）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5329"/>
        <w:gridCol w:w="226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 Who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做什么 What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具体（不是「多注意」）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何时 When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有日期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怎么跟进 How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有复盘时点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第五步 · 收口确认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我当场复述了一遍行动吗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双方确认一致了吗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哪一刻感到对话「回来了」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核心提醒：为「方式」道歉，不为「立场」道歉——该说的事还是说了。收口最易漏「怎么跟进」，漏了就会「我以为我们谈好了」。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从收口到承诺表（配合《棘手对话》模块五使用）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