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SAFE OPENING · REWRITE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安全开场白改写卡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模块二练习 · 共同目的 + 尊重 + 开放问题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使用说明：把下面 3 句「宣判式开场」改写成「安全式开场」。三件事缺一不可——① 有共同目的（把「你和我」说成「我们」）② 有尊重（先认可人）③ 以开放问题结尾（把人请进来）。记住顺序：先给安全，再给内容。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1（宣判式）：「你这样不行，我们得谈。」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提示：先说你们共同的目的是什么？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共同目的（怎么说）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尊重（怎么说）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开放问题（结尾怎么问）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改写后的安全式开场白（完整念一遍）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2（宣判式）：「这都第三次了，你怎么回事？」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提示：把「你怎么回事」换成一句先听对方的问法。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共同目的（怎么说）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尊重（怎么说）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开放问题（结尾怎么问）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改写后的安全式开场白（完整念一遍）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3（宣判式）：「今天必须说清楚。」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提示：把「必须」换成邀请，把结论换成问题。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共同目的（怎么说）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尊重（怎么说）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开放问题（结尾怎么问）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改写后的安全式开场白（完整念一遍）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SAFE OPENING · REFERENCE &amp; CHECK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安全开场白改写卡 · 参考与自查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讲师用 / 学员自评用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参考范例（来自讲稿模块二）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宣判式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安全式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「你这样不行，我们得谈。」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「我想和你一起解决一个事，先听听你的想法。」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「这都第三次了，你怎么回事？」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「这事我有点担心，你最近遇到什么了吗？」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「今天必须说清楚。」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「我想弄明白我们卡在哪，你怎么看？」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三问自查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6463"/>
        <w:gridCol w:w="3061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共同目的有没有？对方听得出「我们是一边的」吗？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　□ 没有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尊重有没有？先认可人了吗？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有　□ 没有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是不是以开放问题结尾？把人请进来了吗？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念出来，我会不会想反驳？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会（重改）　□ 不会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最难改的不是措辞，是「你心里真的把对方当同一队」——念出来会露馅。如果念出来自己都觉得假，说明立场还没转过来。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安全开场白改写卡（配合《棘手对话》模块二使用）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