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THREE CONVERSATIONS · DIAGNOSIS CARD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对话分层诊断卡 + 答题卡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模块一练习 · 事实 / 情绪 / 身份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使用说明：回看你写下的「忍住没开口」的那场对话，逐层诊断。① 先写这件事里的「事实分歧」；② 标出有没有「情绪」，谁对什么有情绪；③ 问自己：它有没有碰到「身份」——戳到了谁的自我认同。三层常常同时存在，但总有一层是主战场。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小组：____________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日期：____________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第一步 · 事实 / 情绪 / 身份 逐层诊断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402"/>
        <w:gridCol w:w="3628"/>
        <w:gridCol w:w="2494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层次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我看到的（事实 / 信号）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依据 / 证据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事实对话：对「发生了什么」看法不同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情绪对话：谁对什么有情绪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身份对话：戳到了谁的自我认同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主战场在哪一层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我的判断依据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第二步 · 老张案例对照（课堂用）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041"/>
        <w:gridCol w:w="3742"/>
        <w:gridCol w:w="3742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层次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第 1 次「只谈事实」结果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第 2 次「碰到情绪+身份」结果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事实对话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摆证据、算时间、讲影响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先问卡点、再谈事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情绪对话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小李脸一沉，摔门走了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小李愿意说卡在哪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身份对话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小李听到：你在否定我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小李听到：他在乎我这个人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第三步 · 答题卡（课中作答）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680"/>
        <w:gridCol w:w="5896"/>
        <w:gridCol w:w="2948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#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题目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作答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①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难对话谈崩，最常见的原因是什么？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②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三层里，哪一层最深、最容易被忽略？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③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「赢了道理，往往输了＿＿」，空格填什么？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④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你最容易犯的三种失误是哪一种？为什么？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参考答案（自评用）：① 不是事实没讲清，而是情绪和身份没被照顾；② 身份对话；③ 关系；④ 开放题——「当事实辩论」「假装没情绪」「无视身份威胁」任选，需说明自己的场景。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对话分层诊断卡 + 答题卡（配合《棘手对话》模块一使用）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