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EMOTION · SCENARIO CARD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情绪接住情景卡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模块四演练 · 看见-承认-留白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使用说明：三人一组（发火方 / 管理者 / 观察员）。管理者只能用三步接情绪——① 看见（点名它存在）② 承认（让它合法化）③ 留白（给几秒，不辩解）。不许讲道理、不许辩解、不许急着解决问题。观察员记录：三步做到没？对方情绪降了没？三轮后交换角色。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情景卡（发火方开炮用，任选一张）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情景 1：「这活根本没法干！你定的那个排期就是拍脑袋，你们上面的人根本不知道我们多难！」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情景 2：「凭什么每次都是我的问题？上次小李也晚了，你怎么不说他？」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情景 3：「算了，你说什么就是什么吧。」（然后沉默、不配合）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情景 4：「你是不是觉得我不行？我干了十年，还得你来教我怎么做？」</w:t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演练记录（每轮一张）</w:t>
      </w:r>
    </w:p>
    <w:p>
      <w:pPr>
        <w:spacing w:after="40" w:before="0" w:line="320" w:lineRule="exact"/>
      </w:pPr>
      <w:r>
        <w:rPr>
          <w:rFonts w:ascii="Microsoft YaHei" w:hAnsi="Microsoft YaHei" w:eastAsia="Microsoft YaHei"/>
          <w:b/>
          <w:i w:val="0"/>
          <w:color w:val="013147"/>
          <w:sz w:val="20"/>
        </w:rPr>
        <w:t>— 第 1 轮 —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75"/>
        <w:gridCol w:w="6350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记录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发火方用的情景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看见（管理者怎么说）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承认（管理者怎么说）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 留白（做到了吗）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对方情绪降了吗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降了　□ 没降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可能被戳到哪个 SCARF 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S/C/A/R/F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0" w:line="320" w:lineRule="exact"/>
      </w:pPr>
      <w:r>
        <w:rPr>
          <w:rFonts w:ascii="Microsoft YaHei" w:hAnsi="Microsoft YaHei" w:eastAsia="Microsoft YaHei"/>
          <w:b/>
          <w:i w:val="0"/>
          <w:color w:val="013147"/>
          <w:sz w:val="20"/>
        </w:rPr>
        <w:t>— 第 2 轮 —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75"/>
        <w:gridCol w:w="6350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记录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发火方用的情景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看见（管理者怎么说）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承认（管理者怎么说）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 留白（做到了吗）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对方情绪降了吗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降了　□ 没降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可能被戳到哪个 SCARF 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S/C/A/R/F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0" w:line="320" w:lineRule="exact"/>
      </w:pPr>
      <w:r>
        <w:rPr>
          <w:rFonts w:ascii="Microsoft YaHei" w:hAnsi="Microsoft YaHei" w:eastAsia="Microsoft YaHei"/>
          <w:b/>
          <w:i w:val="0"/>
          <w:color w:val="013147"/>
          <w:sz w:val="20"/>
        </w:rPr>
        <w:t>— 第 3 轮 —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75"/>
        <w:gridCol w:w="6350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记录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发火方用的情景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① 看见（管理者怎么说）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② 承认（管理者怎么说）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③ 留白（做到了吗）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对方情绪降了吗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降了　□ 没降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可能被戳到哪个 SCARF 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S/C/A/R/F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SCARF · QUICK REFERENCE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SCARF 五域速查 + 三步要诀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 · 诊断与自查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SCARF 五域（David Rock, 2008）——对方莫名过激时查一查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154"/>
        <w:gridCol w:w="3628"/>
        <w:gridCol w:w="3742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域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含义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被戳到时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S 地位 Status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我在团队里的位置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「你当众说我」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C 确定性 Certainty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我知道会发生什么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「到底要怎样」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A 自主 Autonomy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我能自己决定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「这也要管我？」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R 关系 Relatedness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我和你是不是一伙的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「你站他们那边」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F 公平 Fairness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这事公不公平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「凭什么只找我」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三步要诀 + 自我管理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928"/>
        <w:gridCol w:w="7597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要点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关键句 / 动作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看见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「我看你对这事挺在意的」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承认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「换成我，可能也不舒服」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留白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（停 3 秒，别急着解释）——最难也最有用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先稳住自己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「我现在有点上火」——说出来就降温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回到目的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我是来解决问题的，不是来赢的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提醒：接情绪不是「哄」。认的是「感受」，不是「对错」——承认对方情绪，不等于认输。情绪被看见，强度就开始下降。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情绪接住情景卡（配合《棘手对话》模块四使用）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