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DIFFICULT CONVERSATIONS FOR MANAGERS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棘手对话 · 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12 件核心工具（上）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① 三对话分层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事实 / 情绪 / 身份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每一场难对话其实是三场叠加。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事实：各看一半；情绪：没被看见就捣乱；身份：戳到「我是谁」。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五步准备线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开口前 3 分钟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分层次 → 定目的 → 搭安全 → 写表达 → 想收口。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临场自问的清单，不是复杂流程。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③ 安全开场三件事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共同目的 + 尊重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说共同目的 ② 表明尊重 ③ 抛问题而非结论。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顺序：先给安全，再给内容。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NVC 四步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观察-感受-需要-请求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只说可观察的事实；说我的感受；说清需要；提可执行的请求。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把「你怎样」换成「我怎样 + 我们需要怎样」。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⑤ 情绪接住三步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看见-承认-留白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点名它存在 → 让它合法 → 给几秒不辩解。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认的是「感受」，不是「对错」。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⑥ SCARF 五域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S/C/A/R/F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地位·确定·自主·关系·公平。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对方莫名过激？查查戳到了哪个域。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★ 五步准备线（开口前 3 分钟过一遍）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分层次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三对话分层 —— 先判断这场对话难在事实、情绪还是身份那一层。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定目的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五步准备线第 2 步 —— 我真正想要的结果是什么（不是想赢，是想解决）。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搭安全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安全开场三件事 —— 共同目的 + 表明尊重 + 开放问题。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写表达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NVC 四步 + 万能句库 —— 把尖锐内容说得对事不对人。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⑤ 想收口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收口四要素 —— 谁、做什么、何时、怎么跟进，当场定下来。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TOOLKIT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棘手对话 · 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12 件核心工具（下）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⑦ 修复三步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道歉-对比澄清-重回目的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为「方式」道歉，不为「立场」道歉。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「我不是…，我是…」→ 拉回同一边。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⑧ STATE 五步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说清楚尖锐内容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State 事实 · Tell 想法 · Ask 征询 · Talk 试探 · Encourage 鼓励异议。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加上「我的判断」四个字。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⑨ 收口四要素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谁-做什么-何时-怎么跟进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把对话变成可追踪的承诺。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当场复述一遍 + 双方确认。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⑩ 万能句库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开口前先想好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过渡句 / 开场句 / 谈需要 / 提请求。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「我想说的是……我不想让你觉得我在否定你」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013147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⑪ 准备 vs 不准备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同一场对话天差地别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没准备：硬着头皮、崩了不会救、谈完没结果。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准备过：先搭安全、崩了能救、谈完定行动。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40" w:before="60"/>
              <w:shd w:val="clear" w:color="auto" w:fill="8DC643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⑫ 一页纸准备卡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五步压成一张表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难在哪层 / 要什么结果 / 开场怎么说 / 核心一句 / 定什么行动。</w:t>
            </w:r>
          </w:p>
          <w:p>
            <w:pPr>
              <w:spacing w:after="40" w:before="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存手机，下次难对话前看一眼。</w:t>
            </w:r>
          </w:p>
        </w:tc>
      </w:tr>
    </w:tbl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★ SCARF 五域速查（对方莫名过激时）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地位 Status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我在团队里的位置 —— 「你当众说我」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C 确定性 Certainty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我知道会发生什么 —— 「到底要怎样」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自主 Autonomy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我能自己决定 —— 「这也要管我？」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关系 Relatedness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我和你是不是一伙的 —— 「你站他们那边」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F 公平 Fairness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这事公不公平 —— 「凭什么只找我」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★ 一句口诀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难对话来时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先分层 → 再搭安全 → 说事实不评判 → 接情绪 → 收口成行动。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一句话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准备好了，就不必再把话吞回去。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工具速查卡（配合《棘手对话》课程使用）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