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0" w:before="0"/>
      </w:pPr>
      <w:r>
        <w:rPr>
          <w:sz w:val="12"/>
        </w:rPr>
      </w:r>
    </w:p>
    <w:p>
      <w:pPr>
        <w:spacing w:after="120" w:before="0" w:line="416" w:lineRule="exact"/>
        <w:jc w:val="left"/>
      </w:pPr>
      <w:r>
        <w:rPr>
          <w:rFonts w:ascii="Microsoft YaHei" w:hAnsi="Microsoft YaHei" w:eastAsia="Microsoft YaHei"/>
          <w:b/>
          <w:i w:val="0"/>
          <w:color w:val="8DC643"/>
          <w:sz w:val="26"/>
        </w:rPr>
        <w:t>COURSEMASTER 课程 · 讲师手册</w:t>
      </w:r>
    </w:p>
    <w:p>
      <w:pPr>
        <w:spacing w:after="120" w:before="0"/>
      </w:pPr>
      <w:r>
        <w:rPr>
          <w:sz w:val="12"/>
        </w:rPr>
      </w:r>
    </w:p>
    <w:p>
      <w:pPr>
        <w:spacing w:after="120" w:before="0" w:line="1088" w:lineRule="exact"/>
        <w:jc w:val="left"/>
      </w:pPr>
      <w:r>
        <w:rPr>
          <w:rFonts w:ascii="Microsoft YaHei" w:hAnsi="Microsoft YaHei" w:eastAsia="Microsoft YaHei"/>
          <w:b/>
          <w:i w:val="0"/>
          <w:color w:val="013147"/>
          <w:sz w:val="68"/>
        </w:rPr>
        <w:t>棘手对话</w:t>
      </w:r>
    </w:p>
    <w:p>
      <w:pPr>
        <w:spacing w:after="120" w:before="0" w:line="576" w:lineRule="exact"/>
        <w:jc w:val="left"/>
      </w:pPr>
      <w:r>
        <w:rPr>
          <w:rFonts w:ascii="Microsoft YaHei" w:hAnsi="Microsoft YaHei" w:eastAsia="Microsoft YaHei"/>
          <w:b/>
          <w:i w:val="0"/>
          <w:color w:val="8DC643"/>
          <w:sz w:val="36"/>
        </w:rPr>
        <w:t>管理者如何做「难开口」的对话</w:t>
      </w:r>
    </w:p>
    <w:p>
      <w:pPr>
        <w:spacing w:after="280" w:before="0"/>
      </w:pPr>
      <w:r>
        <w:rPr>
          <w:sz w:val="12"/>
        </w:rPr>
      </w:r>
    </w:p>
    <w:p>
      <w:pPr>
        <w:spacing w:after="120" w:before="0" w:line="448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8"/>
        </w:rPr>
        <w:t>—— 讲师授课手册 ——</w:t>
      </w:r>
    </w:p>
    <w:p>
      <w:pPr>
        <w:spacing w:after="40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准备好了，就不必再把话吞回去。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200" w:before="0"/>
      </w:pPr>
      <w:r>
        <w:rPr>
          <w:sz w:val="12"/>
        </w:rPr>
      </w:r>
    </w:p>
    <w:p>
      <w:pPr>
        <w:spacing w:after="12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6 模块 ｜ 一天 7 小时 ｜ 385 分钟 ｜ 演练占比 ≥35%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主框架：三对话（Stone / Patton / Heen，哈佛谈判项目）· 关键对话（Patterson 等）· 非暴力沟通 NVC（Marshall B. Rosenberg）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配角框架：情绪与身份对话（Stone 等）· SCARF（David Rock, 2008）· SBI（轻量引用）</w:t>
      </w:r>
    </w:p>
    <w:p>
      <w:pPr>
        <w:spacing w:after="600" w:before="0"/>
      </w:pPr>
      <w:r>
        <w:rPr>
          <w:sz w:val="12"/>
        </w:rPr>
      </w:r>
    </w:p>
    <w:p>
      <w:pPr>
        <w:spacing w:after="120" w:before="0" w:line="448" w:lineRule="exact"/>
      </w:pPr>
      <w:r>
        <w:rPr>
          <w:rFonts w:ascii="Microsoft YaHei" w:hAnsi="Microsoft YaHei" w:eastAsia="Microsoft YaHei"/>
          <w:b/>
          <w:i w:val="0"/>
          <w:color w:val="013147"/>
          <w:sz w:val="28"/>
        </w:rPr>
        <w:t>Coursemaster 出品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管理者「把不敢开口的对话，变成有方法、有脚本、谈完关系还更好」的实战课。全课主张一句话：难对话不是要赢得漂亮，是要谈完之后，关系还在、事情动了。课程沿一条「五步准备线」推进：分层次（难在哪一层）→ 定目的（我要什么结果）→ 搭安全（共同目的 + 尊重）→ 写表达（NVC 四步）→ 想收口（谁-做什么-何时-跟进）。讲师角色：不做话术表演，做「准备的设计者与演练的点评者」——用学员真实忍住没开口的对话来练。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准备与自评表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⑤ handout 分发件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对话分层诊断卡 / 安全开场白改写卡 / NVC 四步表达卡 / 情绪接住情景卡 / 从收口到承诺表 / 30 天计划表 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活动时发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案例导入 + 全课地图 + 破冰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为什么难对话总谈崩：三对话拆解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认知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开口前：先给对话「搭安全氛围」 ⭐⭐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说到点子上：不攻击、不委屈的表达 ⭐⭐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情绪与身份：管好「被戳到」的那一刻 ⭐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谈崩了怎么救 + 谈成行动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工具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落地：30 天棘手对话行动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收尾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承诺收束 + 金句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净内容合计 385 min（约 6.4 小时）+ 开场/收尾，一天 7 小时内闭合；演练占比 ≥35%。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【物料清单】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便利贴 × 每人 3 张、白板笔（开场破冰用）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《棘手对话_对话分层诊断卡 + 答题卡》（模块一练习 1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《棘手对话_安全开场白改写卡》（模块二练习 2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《棘手对话_NVC 四步表达卡》（模块三练习 3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《棘手对话_情绪接住情景卡》（模块四练习 4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《棘手对话_从收口到承诺表》（模块五练习 5 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《棘手对话_30 天棘手对话计划表》（模块六 + 课后用）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计时器（每个练习到点喊停）、投影设备、白板/翻页纸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岛式分组（4–6 人一桌），便于组内演练与互评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白板或翻页纸至少 3 块（模块二/三各组写改写结论）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空间需支持三人组角色扮演（模块四/五，避免相邻组互相干扰）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学员手机（练习计时/记录）</w:t>
      </w:r>
    </w:p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为什么难对话总谈崩：三对话拆解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类型：认知　｜　时长：60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能用三对话（Stone / Patton / Heen，哈佛谈判项目）判断一场难对话崩在事实、情绪还是身份。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能识别「只谈事实」这一最常见的管理错配，以及它为什么总输掉关系。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接受：难对话不是口才问题，是「没准备」的问题。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开场导入 + 破冰（写「忍住没开口」的对话）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 / 白板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讲解：三对话框架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1：对话分层诊断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《对话分层诊断卡 + 答题卡》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每一场难对话，其实是三场对话叠在一起：事实对话、情绪对话、身份对话。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事实对话：双方对「发生了什么」看法不同——各看了一半，都想证明自己那半是真的。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情绪对话：情绪没被看见，就跑到台面下捣乱（冷场、阴阳、突然激动）。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身份对话：威胁到「我是谁」的自我认同（我是不是不够好 / 太好说话）——最深、最易被忽略。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最大的坑：以为难对话难在「事实没说清」，其实崩点常在没说出口的那两层。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话术：破冰先收真实素材：让学员写下最近一次「想说却忍住没说」的对话，全场统计「对下催促 / 对平级指问题 / 对上拒绝」三类。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话术：讲三对话时，用老张的两次案例贯穿：同一对事实，第一次只谈事实（崩），第二次碰到情绪与身份（通）。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1 巡视，重点抓两类：把「情绪问题」当「事实问题」谈的，和完全没意识到「身份」这一层的。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你写下的那场对话，真正难的是事实、情绪还是身份？你怎么判断？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过去半年，你有没有一场对话，明明事实都说清了，关系却更差了？难在哪一层？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如果早知道它难在情绪那层，你的开场会不一样吗？会怎么开？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分层要点：判断依据是「争的是什么」：争对错=事实层；冷场阴阳=情绪层；突然急/翻旧账=身份层。三层常同时存在，但总有一层是主战场。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典型误判：把情绪/身份问题当事实问题谈：越想用证据说服，对方越觉得被否定，关系越糟。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学员说「我们公司的人就是不讲道理」——用「不是不讲道理，是有一层你没碰到」拉回来。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把三对话当分类游戏——强调「分层是为了选招，不是为了贴标签」。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转场：看清难在哪一层之后，下一步是：先把对话的「安全」护住。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开口前：先给对话「搭安全氛围」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时长：70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能用「沉默 / 暴力」两信号（Patterson 等，关键对话）识别对方的「安全感水位」。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能说清安全的两条底线（共同目的 + 相互尊重），以及它们丢失后对话会怎样失控。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掌握「安全式开场三件事」，并能为对下/对平级/对上级三种场景各写一句开场。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导入：为什么说的话对，对方却不听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讲解：安全信号（沉默 / 暴力）+ 两条底线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 + 演示：安全式开场三件事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2：开场白改写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《安全开场白改写卡》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对话能不能谈下去，不取决于内容对不对，取决于对方的安全感有没有被保住。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安全感掉线只有两条路：沉默（用「不说」保护自己）和暴力（用「攻击」保护自己）。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安全的两条底线：共同目的（我们是一边的）和相互尊重（我认可你这个人）。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安全式开场三件事：① 说共同目的 ② 表明尊重 ③ 抛问题而非结论。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顺序是关键：先给安全，再给内容。顺序反了，内容再好也白费。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话术：开场抛学员原话「我说的话明明是对的，为什么下属就是不听」——引出「威胁先于内容」。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话术：讲两信号时，让学员对照自己：你更常遇到对方的沉默，还是暴力？背后都是安全感掉了。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话术：讲演练时先示范一句：把「你这样不行」改写成「我想和你一起解决一个事，先听听你的想法」。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2 巡视，重点抓「措辞改了但心里没把对方当同一队」的学员——那句念出来会露馅。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你改写的那句开场，共同目的和尊重，具体落在哪个词上？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你有没有过「开场一句就把天聊死」的经历？当时那句是什么？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如果你把「宣判式」换成「安全式」，对方的反应会怎么变？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改写要点：三件事缺一不可：有共同目的（把「你和我」说成「我们」）、有尊重（先认可人）、以开放问题结尾（把人请进来）。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典型误判：只换措辞、不换立场：嘴上说「我们一起」，语气还是「我对你错」——对方一耳朵就听出来。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学员觉得「安全式开场太软、太绕」——用「顺序」解释：先安全不代表不谈事，是不让事谈崩。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演练里管理者一上来就担心事没谈清——提醒：安全搭好了，后面才省力气。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转场：安全搭好了，接下来轮到最难的一步：怎么把最难说的那句说好。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说到点子上：不攻击、不委屈的表达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时长：75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NVC 四步（Marshall B. Rosenberg）把一个尖锐判断，改写成「对事不对人」的表达。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能识别四步各自的坑（把评判当观察、把指责当感受、跳过需要、把命令当请求）。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能说清 NVC（完整）与 SBI（轻量）分别用在什么场合。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导入：一句话，两种说法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讲解：NVC 四步 + 四步四坑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讲解：NVC 与 SBI 的关系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3：NVC 四步改写 + 两两演练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《NVC 四步表达卡》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攻击性来自评判，不来自内容。同一件事，说「事」还是说「人」，结果天差地别。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NVC 四步：观察（只说可观察的事实）→ 感受（说我的感受）→ 需要（我真正在意什么）→ 请求（具体、可执行、可说「不」）。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一句话记住：把「你怎样怎样」，翻译成「我怎样 + 我们需要怎样」。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四个坑：把评判当观察、把指责伪装成感受（「你让我…」）、跳过需要、把命令当请求。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SBI（情境-行为-影响）是给反馈的轻量版；NVC 是难对话的完整版——多了「需要」和「请求」两步。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话术：开场用一句「你太不负责了」对照「这次晚了三天，我有点着急」，让学员听出差别。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话术：讲四步时，每步配一个坑；强调「需要」那步最常被忽略，一跳过，对方就以为你在挑刺。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 SBI 与 NVC 关系时，轻量带过 SBI（对接已有课程），重心放在 NVC 的完整。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3 巡视，专抓「感受」那步写成「你让我失望」（指责伪装）的学员。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你改写的那句，四步里哪一步写得最难？为什么？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你平时最容易踩哪个坑——评判当观察，还是命令当请求？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如果对方听完还是反驳，你打算补哪一步？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改写要点：观察必须是可核实的事实（不说「总是 / 从不」）；感受必须是我的（不是「你让我」）；需要要具体；请求用「能不能…？」且允许对方说不。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典型误判：把「请求」写成「命令」：加个「好吗」但语气不容拒绝，对方照样感到被逼。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学员嫌「四步太绕、像背台词」——强调四步是「想清楚的框架」，说出来可以自然，不必逐字。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演练里 A 说得像念稿——提醒：重点是体会「对方还想不想反驳」，不是措辞完美。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转场：就算你说得很好，对方的情绪还是可能被点着——那一刻怎么接？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情绪与身份：管好「被戳到」的那一刻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⭐⭐　｜　时长：65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能用「看见-承认-留白」三步接住对方的情绪，而不是急着讲道理。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能识别身份威胁的三信号（突然急/摆资格/反常沉默），并给出降威胁的回应。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SCARF 五域（David Rock, 2008）判断对方被戳到了哪个域。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导入：越讲道理越崩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讲解：接住情绪三步 + 身份威胁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讲解：SCARF 五域诊断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4：情绪接住演练（三人组）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《情绪接住情景卡》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点评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对方一上火，讲道理就失效——问题几乎从来不在内容，在理性的下线。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接住情绪三步：① 看见（点名它存在）② 承认（让它合法化）③ 留白（给几秒，不辩解）。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承认情绪不等于认输——你认的是「感受」，不是「对错」。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身份威胁三信号：突然急/翻旧账、撂狠话/摆资格、反常地沉默——身份被安抚，理性才回来。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SCARF 五域：地位、确定性、自主、关系、公平——对方莫名过激，查查戳到了哪个域。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话术：开场问：「你明明是来解决问题的，对方为什么突然火了？」引出「先处理情绪」。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话术：讲三步时强调「留白」最难也最有用——多数人忍不住解释。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话术：讲身份威胁时，让学员回想自己说过「你当众说我」的场景（地位域）。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话术：演练三人组（发火方/管理者/观察员），管理者只能用三步，不许辩解、不许讲道理；观察员记录三步做到没。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你在演练里最难做到哪一步？为什么？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你回想自己那天情绪被点着，最可能是被戳到了哪个 SCARF 域？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如果先按暂停、先说「我看你挺在意这事」，对方会怎么变？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三步要点：看见=点名不评判；承认=让感受合法（不说「你不该」）；留白=给时间，不抢着解释。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SCARF 诊断：地位（当众批评）、确定性（变动说不清）、自主（被管太细）、关系（觉得你不站我）、公平（凭什么只找我）。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学员把「接情绪」做成「哄」——纠正：接情绪是读懂信号，不是哄对方开心。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管理者忍不住解释——观察员必须喊停，重来一次。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转场：万一一句话谈崩了，还救得回来吗？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谈崩了怎么救 + 谈成行动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类型：工具 ⭐　｜　时长：70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能用「道歉-对比澄清-重回共同目的」修复三步，把崩掉的对话救回来。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 STATE 五步（Patterson 等）把尖锐内容说清楚。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能用收口四要素（谁-做什么-何时-怎么跟进）把对话变成可追踪的承诺。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导入：同一句伤人的话之后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讲解：修复三步 + STATE 五步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讲解：收口四要素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 5：从崩溃到收口全流程演练（三人组）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《从收口到承诺表》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高手不是不崩，是崩了能救。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修复三步：① 道歉（为「方式」道歉，不为「立场」）② 对比澄清（我不是…，我是…）③ 重回共同目的。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STATE：State 说事实 → Tell 说想法（标明是推断）→ Ask 征询 → Talk 试探性措辞 → Encourage 鼓励异议。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加上「我的判断是…，不一定对」这几个字，攻击性就差十万八千里。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收口四要素：谁、做什么、何时、怎么跟进——四要素一个不能少，当场复述 + 双方确认。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话术：开场用「同一句伤人的话之后，有人关系就此结了，有人十分钟救回来」——引出发问：差在哪。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话术：讲修复三步时强调：为「方式」道歉，不为「立场」道歉——该说的事还是说了。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话术：讲 STATE 时强调「标明是推断」，这是降防御的关键一笔。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话术：练习 5 是全课最实战的一环：崩 → 救 → 收口，观察员对照清单逐项打钩。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修复三步里，最难说出口的是哪个？为什么？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收口四要素，你平时最容易漏哪个？漏了会怎样？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哪一刻你感到对话「回来了」？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修复要点：道歉的对象是「方式」不是「立场」；对比澄清必须两句都说到（我不是…，我其实是…）。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收口要点：四要素缺一：没「何时」就无法跟进，没「怎么跟进」就会「我以为谈好了」。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学员觉得「道歉等于认输」——强调：为方式道歉，不改变立场，反而显得专业。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收口时定得含糊（「你多注意」）——要求必须具体到动作和时间。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转场：方法都齐了，怎么让它明天真的用起来？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落地：30 天棘手对话行动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类型：承诺　｜　时长：25 min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能用「五步准备线」在开口前 3 分钟完成一次对话准备。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能写下一份具体、可听、可查的 30 天棘手对话承诺。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能与互锁伙伴建立 30 天的互相提醒机制。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讲解：全课回顾 + 五步准备线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讲解：30 天计划 + 同伴互锁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活动：写下 30 天承诺并互念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《30 天棘手对话计划表》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五步准备线：① 分层次 ② 定目的 ③ 搭安全 ④ 写表达 ⑤ 想收口——临场自问的清单，不是复杂流程。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它综合了全课所有工具，是「综合应用」，不另立新模型。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天计划：每周挑一场真实对话，逐周升级难度（对下 → 对平级 → 对上级）。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承诺三要求：具体（谈哪一场）、可听（用五步里哪几步）、可查（什么时候谈、怎么验证）。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同伴互锁：两两结对，30 天内互相提醒，每场对话后发一句复盘。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话术：回顾时把全课压成一条线：看清 → 搭安全 → 说好 → 接线 → 收口。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话术：强调五步准备线是「综合应用、非新模型」，别让学员以为又多了一个要背的框架。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话术：承诺活动必须念给互锁伙伴听——公开承诺才有约束力。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【复盘提问】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你选的第一场对话，难在哪一层？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五步里你最不放心哪一步？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？ 30 天后，你怎么知道这场对话谈成了？</w:t>
      </w:r>
    </w:p>
    <w:p>
      <w:pPr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p>
      <w:pPr>
        <w:spacing w:after="6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· 承诺要点：具体=写出对象和事；可听=说清用五步里哪几步；可查=写清什么时候谈、怎么验证。</w:t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【常见卡点与救场】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学员承诺写得太虚（「我以后多沟通」）——要求改成「X 日跟 Y 谈 Z」。</w:t>
      </w:r>
    </w:p>
    <w:p>
      <w:pPr>
        <w:spacing w:after="40" w:before="0" w:line="336" w:lineRule="exact"/>
        <w:ind w:left="170"/>
      </w:pPr>
      <w:r>
        <w:rPr>
          <w:rFonts w:ascii="Microsoft YaHei" w:hAnsi="Microsoft YaHei" w:eastAsia="Microsoft YaHei"/>
          <w:b w:val="0"/>
          <w:i w:val="0"/>
          <w:color w:val="333333"/>
          <w:sz w:val="21"/>
        </w:rPr>
        <w:t>⚠ 学员找不到互锁伙伴——就近两人一组即可。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转场：带着你的一页纸准备卡和 30 天承诺回去——下一场难对话，就用它。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第三部分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课程地图、部分案例页、概念导入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模块三、四、五演练（25–30 min）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模型讲解页、话术库页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模块一、二练习（真实对话素材）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附录索引、小结页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天承诺、收尾金句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原则：模块三、四、五是全天重心（说好 + 接线 + 收口，演练密集），练习时间绝不外借；30 天承诺是落地收口，必须保；概念页可口头带过。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开场：写「想说却忍住没说」的对话，不署名，降低压力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模块一：分层诊断必须写「这件事让我难在哪」，两人交换讲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模块二：开场改写必须念出来——念的时候露馅，就说明心里还没把对方当同一队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模块三：NVC 改写后两两演练，B 只反馈一句「我还想反驳你吗？」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模块四：三人组（发火方/管理者/观察员），管理者不许辩解、不许讲道理，观察员专抓「留白」 ⭐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模块五：全流程演练（崩 → 救 → 收口），观察员对照清单逐项打钩；收口必须具体到动作和时间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模块六：30 天承诺写「我 X 日跟 Y 谈 Z，用五步里的哪几步」，念给互锁伙伴听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所有练习配计时器，到点喊停；难对话话题易触发真实情绪，务必留静默缓冲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Q：「我嘴笨，这类课对我有用吗？」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A：难对话难的从来不是口才，是准备。五步准备线就是给「嘴不溜」的人用的——开口前 3 分钟想清楚，比现场随机应变靠谱得多。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Q：「对方就是不配合、油盐不进怎么办？」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A：先别急着给他贴「不配合」。用三对话查：他是不是卡在情绪或身份那层？安全感没搭好、身份被威胁，再好的道理他也听不进。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Q：「道歉不就等于认输吗？」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A：修复三步里的道歉，是「为方式道歉，不为立场」——「刚才我语气重了」不代表「我错了」。反而因为你专业，对方才愿意继续谈。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Q：「谈完他答应了，回头又没做，怎么办？」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A：多半是收口没做全。用收口四要素回头看：谁、做什么、何时、怎么跟进——尤其别漏「怎么跟进」，漏了就会「我以为谈好了」。</w:t>
      </w:r>
    </w:p>
    <w:p>
      <w:pPr>
        <w:spacing w:after="60" w:before="40" w:line="352" w:lineRule="exact"/>
        <w:ind w:left="227"/>
      </w:pPr>
      <w:r>
        <w:rPr>
          <w:rFonts w:ascii="Microsoft YaHei" w:hAnsi="Microsoft YaHei" w:eastAsia="Microsoft YaHei"/>
          <w:b w:val="0"/>
          <w:i w:val="0"/>
          <w:color w:val="013147"/>
          <w:sz w:val="22"/>
        </w:rPr>
        <w:t>▸ Q：「这些话术会不会显得很假？」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A：NVC 四步是「想清楚的框架」，不是背台词。说出来自然就好，重点是你真的把「事」和「人」分开了。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【收尾仪式】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请学员写下「回岗后要谈的第一场难对话 + 具体到哪天」，贴墙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两人一组互相交换 30 天计划表，约定 30 天后互问一次「谈成了吗」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提醒带走工具包：核心工具速查卡 + 准备与自评表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结课金句收尾：「难对话不是要赢得漂亮，是要谈完之后，关系还在、事情动了。」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