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PRE-COURSE SELF-ASSESSMENT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课前自评表 · 我的棘手对话倾向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课前完成 · 带到课堂 · 5 维 15 题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说明：本表用于帮你看清自己在「难开口的对话」上的惯性倾向，不计分、不评价，只作为课堂练习的起点。请按你的真实做法勾选：A = 完全符合（4 分）· B = 比较符合（3 分）· C = 不太符合（2 分）· D = 完全不符合（1 分）。把每题得分填入末列，最后按维度合计。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团队：____________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维度一 · 敢开口（愿不愿意谈）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遇到该谈的问题，我通常会尽快约时间谈，而不是拖到忍无可忍。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我不会因为「怕伤关系」而让一个该谈的对话一直挂着。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我能在情绪上来之前，先让自己冷静下来再决定谈不谈。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维度二 · 会准备（谈之前想清楚）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开口前，我会先想清楚这场对话难在事实、情绪还是身份哪一层。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我会先想清楚「我真正想要的结果是什么」，而不是只说情绪。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6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我会提前设计开场白，而不是临场随口开炮。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维度三 · 会表达（说事不说人）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7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我能把「评判」（你太不负责）和「事实」（这次晚了三天）分开说。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8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我会说清自己的需要，而不只是抱怨对方哪里不对。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9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我提要求时会用「能不能…？」，给对方留说不的空间。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维度四 · 会接线（接住情绪）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10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对方一上火，我会先接情绪，而不是急着讲道理、辩解。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11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我能看出来对方是被戳到了「身份」（觉得被否定），并先安抚。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12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我能管住自己的情绪，不被对方的火带着一起上头。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维度五 · 会收口（谈完有结果）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"/>
        <w:gridCol w:w="6576"/>
        <w:gridCol w:w="1474"/>
        <w:gridCol w:w="96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#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题目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勾选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得分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13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谈完之后，我会把行动定到「谁、做什么、何时」。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14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我会在收口时当场复述一遍，再和对方确认。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15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谈崩了之后，我知道怎么把它救回来。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A　B　C　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合计与解读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小计（满分 12）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我的判断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敢开口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会准备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会表达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会接线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会收口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解读：**9–12 分**，这一维是你的强项，课堂可多分享；**5–8 分**，这是你的提升区，请重点投入对应的练习；**4 分及以下**，这是你的盲区，建议结对子、找强项同学互学。把最低的那一维写在下面，作为今天的目标。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我最低的一维是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今天我重点要练的动作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课前自评表（配合《棘手对话》课程使用）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