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ADAPTABILITY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天适应力行动计划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 · 四周递进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说明：本课结束当天填完。把你正在面对的一个真实变化，拆成四周的小动作。每周只做一件「小、可逆、反馈快」的事，做完就回看。30 天后整体对账。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锁定一个真实变化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我正在面对的变化（一句话）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这是哪片地？（Cynefin 判断）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团队现在在哪一段？（Bridges 判断）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四周递进（每周一件小动作）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聚焦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我要做的「小/可逆/反馈快」动作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反馈从哪看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1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判断环境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2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接住人心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3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推动变化 / 重分人机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第 4 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小步决策 + 固化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一次关键对话（稳住团队）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和谁谈 / 焦点议题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先承认什么失去？（Bridges 结束期）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什么时间谈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第四部分 · 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互查日期（如 30 天后）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天，我会锁定一个真实变化：先用 Cynefin 判断它属于哪片地，用 Bridges 判断团队在哪一段；然后每周做一个「小、可逆、反馈快」的动作，并在 ____________（时间）和 ____________（人）谈一次，先承认失去、再谈新开始。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30 天后，我会用「这件事有没有动起来」来验证——说出来的承诺，兑现率是写下来的两倍。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30天适应力行动计划（落地固化用）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