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MODULE 5 · EXERCISE 5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OODA 决策速用卡 · 把大决定拆成小动作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模块五练习 5 用 · 一人一份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说明：用 OODA 循环（John Boyd）走一轮，把一个「要么全做、要么不做」的大决定，拆成 3 个「小、可逆、反馈快」的动作。不确定下，决策力不是「算得准」，而是「动得快、调得准」。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姓名：____________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我正在纠结的决定：____________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日期：____________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第一步 · 走一轮 OODA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041"/>
        <w:gridCol w:w="3061"/>
        <w:gridCol w:w="4422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含义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我的记录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O 观察 Observe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收集真实信息，不带滤镜看现状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O 判断 Orient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结合经验与目标，判断这意味着什么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D 决策 Decide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选定一个小动作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A 行动 Act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做出去、拿到反馈，然后回到 O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第二步 · 把大决定拆成 3 个小动作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510"/>
        <w:gridCol w:w="5272"/>
        <w:gridCol w:w="1020"/>
        <w:gridCol w:w="1020"/>
        <w:gridCol w:w="1134"/>
      </w:tblGrid>
      <w:tr>
        <w:tc>
          <w:tcPr>
            <w:tcW w:type="dxa" w:w="197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#</w:t>
            </w:r>
          </w:p>
        </w:tc>
        <w:tc>
          <w:tcPr>
            <w:tcW w:type="dxa" w:w="197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我拆出的动作</w:t>
            </w:r>
          </w:p>
        </w:tc>
        <w:tc>
          <w:tcPr>
            <w:tcW w:type="dxa" w:w="197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小？</w:t>
            </w:r>
          </w:p>
        </w:tc>
        <w:tc>
          <w:tcPr>
            <w:tcW w:type="dxa" w:w="197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可逆？</w:t>
            </w:r>
          </w:p>
        </w:tc>
        <w:tc>
          <w:tcPr>
            <w:tcW w:type="dxa" w:w="197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反馈快？</w:t>
            </w:r>
          </w:p>
        </w:tc>
      </w:tr>
      <w:tr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1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☐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☐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☐</w:t>
            </w:r>
          </w:p>
        </w:tc>
      </w:tr>
      <w:tr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2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☐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☐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☐</w:t>
            </w:r>
          </w:p>
        </w:tc>
      </w:tr>
      <w:tr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3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☐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☐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☐</w:t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第三步 · 三标准自检（三标全「是」才过关）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87"/>
        <w:gridCol w:w="2835"/>
        <w:gridCol w:w="2835"/>
        <w:gridCol w:w="2268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标准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含义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自检问题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我的答案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小 Small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投入可控，做不成也不伤元气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最坏结果我扛得住吗？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可逆 Reversible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错了能撤回、能调整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假如错了，我能不能回头？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反馈快 Fast-feedback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很快能看到结果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多久能看到效果？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第四步 · 启动（别停在「再想想」）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第一步什么时候做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多久后看反馈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看什么信号决定下一步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OODA 决策速用卡（配合《穿越不确定》模块五使用）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