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4 · EXERCISE 4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人机混合团队分工表 · 谁担责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模块四练习 4 用 · 一人一份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说明：选一个真实环节，用人在回路四模式（Parasuraman &amp; Riley, 1997）划分人与 AI 的权责。重点不是「AI 会不会做」，而是「出了事，谁负责」。本表的核心产出：找出并补上「责任真空」。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团队代号：____________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画出环节分工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87"/>
        <w:gridCol w:w="2041"/>
        <w:gridCol w:w="2041"/>
        <w:gridCol w:w="1474"/>
        <w:gridCol w:w="2381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做什么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人做什么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谁担责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该用哪种模式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环节 1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环节 2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环节 3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四模式对照（Parasuraman &amp; Riley, 1997）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381"/>
        <w:gridCol w:w="3515"/>
        <w:gridCol w:w="362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怎么分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用在什么环节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人在回路 In-the-loop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出建议，人拍板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高风险、需担责的决策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人在回路上 On-the-loop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自动跑，人监控、可叫停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需高效但不容失控的流程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人在回路外 Out-of-the-loop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全自动，人只在异常时介入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低风险、已成熟的重复任务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人机协作 Teaming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人和 AI 来回配合、互相补位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需要创意或复杂判断的活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找责任真空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哪个环节出了事找不到人负责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它为什么成了真空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我要怎么补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边界自检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89"/>
        <w:gridCol w:w="4535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高风险决策，人能不能「只是看一眼」就尽责？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哪些活可以真正交出去？哪些必须留在人这一侧？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AI 的边界写清了吗？（它负责哪一步、给什么输出）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提醒：AI 在本课只作背景放大器——核心永远是「管理者如何适应变化」，不是「AI 有多强」。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人机混合团队分工表（配合《穿越不确定》模块四使用）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