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2 · EXERCISE 2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团队变化情绪诊断卡 · 团队在哪一段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模块二练习 2 + 演练用 · 一人一份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说明：用布里奇斯过渡三阶段（Bridges, 1991）给你的团队定位。判断靠「行为证据」，不靠感觉——谁说了什么、谁做了什么。定位之后，写下你要做的那一个动作。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团队代号：____________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写出观察到的信号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3742"/>
        <w:gridCol w:w="374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典型信号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我在团队里观察到的（写具体行为）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结束 Ending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怀旧、抱怨、效率下降、拒绝学新东西、私下串联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中立区 Neutral Zone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焦虑、方向感缺失、老问题翻出来、小团体重组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新开始 New Beginning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主动提新做法、愿意带新人、开始用新流程说话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定位 + 对应动作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结束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允许情绪、说清「什么结束了」、办一次告别仪式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中立区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给短周期目标、多沟通、把混乱讲成正常过渡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新开始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讲清新图景、给角色、庆祝第一批小胜利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团队现在在哪一段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证据（谁说了什么 / 谁做了什么）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我要做的动作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关键对话准备（先承认失去）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我的准备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和谁谈、什么时间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先承认什么失去？（说清「什么结束了」）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对方可能的抵触 / 我的回应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谈完想看到的一个信号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演练观察员记录（三人组：被影响方 / 管理者 / 观察员）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443"/>
        <w:gridCol w:w="1361"/>
        <w:gridCol w:w="272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是否做到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管理者有没有跳过「结束期」直接讲新方案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管理者有没有在辩解（「其实没那么糟」）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管理者有没有说清「什么结束了」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被影响方有没有被「说服」而不是被「接住」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这次对话后，对方愿不愿意往下走？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团队变化情绪诊断卡（配合《穿越不确定》模块二使用）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